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23635" w14:textId="4DD07736" w:rsidR="00F61302" w:rsidRDefault="00204E4E"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BC70F99" wp14:editId="487E1174">
                <wp:simplePos x="0" y="0"/>
                <wp:positionH relativeFrom="column">
                  <wp:posOffset>47625</wp:posOffset>
                </wp:positionH>
                <wp:positionV relativeFrom="paragraph">
                  <wp:posOffset>123825</wp:posOffset>
                </wp:positionV>
                <wp:extent cx="1485900" cy="1225550"/>
                <wp:effectExtent l="0" t="0" r="0" b="0"/>
                <wp:wrapNone/>
                <wp:docPr id="134953502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1225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40C53F" w14:textId="4EB73DF3" w:rsidR="00204E4E" w:rsidRDefault="00EB59E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6D061BA" wp14:editId="6341FD3A">
                                  <wp:extent cx="1250950" cy="1224990"/>
                                  <wp:effectExtent l="0" t="0" r="0" b="0"/>
                                  <wp:docPr id="1" name="Picture 1" descr="Logo, company nam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 descr="Logo, company name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50950" cy="12249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C70F9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.75pt;margin-top:9.75pt;width:117pt;height:96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" fillcolor="white [3201]" stroked="f" strokeweight=".5pt">
                <v:textbox>
                  <w:txbxContent>
                    <w:p w14:paraId="7540C53F" w14:textId="4EB73DF3" w:rsidR="00204E4E" w:rsidRDefault="00EB59E8">
                      <w:r>
                        <w:rPr>
                          <w:noProof/>
                        </w:rPr>
                        <w:drawing>
                          <wp:inline distT="0" distB="0" distL="0" distR="0" wp14:anchorId="66D061BA" wp14:editId="6341FD3A">
                            <wp:extent cx="1250950" cy="1224990"/>
                            <wp:effectExtent l="0" t="0" r="0" b="0"/>
                            <wp:docPr id="1" name="Picture 1" descr="Logo, company nam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 descr="Logo, company name&#10;&#10;AI-generated content may be incorrect.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50950" cy="12249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3F63F22" w14:textId="68E659AE" w:rsidR="00F61302" w:rsidRPr="008D5B24" w:rsidRDefault="006358DB" w:rsidP="00204E4E">
      <w:pPr>
        <w:jc w:val="center"/>
        <w:rPr>
          <w:b/>
          <w:bCs/>
        </w:rPr>
      </w:pPr>
      <w:r w:rsidRPr="008D5B24">
        <w:rPr>
          <w:b/>
          <w:bCs/>
        </w:rPr>
        <w:t>HOLSTEIN CITY COUNCIL</w:t>
      </w:r>
      <w:r w:rsidRPr="008D5B24">
        <w:rPr>
          <w:b/>
          <w:bCs/>
        </w:rPr>
        <w:br/>
        <w:t>REGULAR MEETING</w:t>
      </w:r>
      <w:r w:rsidRPr="008D5B24">
        <w:rPr>
          <w:b/>
          <w:bCs/>
        </w:rPr>
        <w:br/>
        <w:t xml:space="preserve">Tuesday, </w:t>
      </w:r>
      <w:r w:rsidR="00A32398">
        <w:rPr>
          <w:b/>
          <w:bCs/>
        </w:rPr>
        <w:t>September 8</w:t>
      </w:r>
      <w:r w:rsidR="001B0AD6">
        <w:rPr>
          <w:b/>
          <w:bCs/>
        </w:rPr>
        <w:t xml:space="preserve"> 202</w:t>
      </w:r>
      <w:r w:rsidR="000F3DC4">
        <w:rPr>
          <w:b/>
          <w:bCs/>
        </w:rPr>
        <w:t>6</w:t>
      </w:r>
      <w:r w:rsidRPr="008D5B24">
        <w:rPr>
          <w:b/>
          <w:bCs/>
        </w:rPr>
        <w:br/>
        <w:t>5:00 PM – Holstein City Hall Council Chambers</w:t>
      </w:r>
    </w:p>
    <w:p w14:paraId="28E0D7D1" w14:textId="056EB2AD" w:rsidR="00F61302" w:rsidRDefault="001C55FE">
      <w:pPr>
        <w:pStyle w:val="Heading1"/>
      </w:pPr>
      <w:r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6F4BE21" wp14:editId="67966FA5">
                <wp:simplePos x="0" y="0"/>
                <wp:positionH relativeFrom="column">
                  <wp:posOffset>7680227</wp:posOffset>
                </wp:positionH>
                <wp:positionV relativeFrom="paragraph">
                  <wp:posOffset>268263</wp:posOffset>
                </wp:positionV>
                <wp:extent cx="1981200" cy="1076325"/>
                <wp:effectExtent l="0" t="0" r="19050" b="28575"/>
                <wp:wrapNone/>
                <wp:docPr id="4173457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1076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DC874F" w14:textId="548375D9" w:rsidR="00791177" w:rsidRDefault="00791177" w:rsidP="00791177">
                            <w:pPr>
                              <w:spacing w:after="0"/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POSTED 0</w:t>
                            </w:r>
                            <w:r w:rsidR="00805AEB">
                              <w:rPr>
                                <w:color w:val="FF0000"/>
                              </w:rPr>
                              <w:t>8</w:t>
                            </w:r>
                            <w:r>
                              <w:rPr>
                                <w:color w:val="FF0000"/>
                              </w:rPr>
                              <w:t>/</w:t>
                            </w:r>
                            <w:r w:rsidR="000B1245">
                              <w:rPr>
                                <w:color w:val="FF0000"/>
                              </w:rPr>
                              <w:t>1</w:t>
                            </w:r>
                            <w:r w:rsidR="00805AEB">
                              <w:rPr>
                                <w:color w:val="FF0000"/>
                              </w:rPr>
                              <w:t>0</w:t>
                            </w:r>
                            <w:r>
                              <w:rPr>
                                <w:color w:val="FF0000"/>
                              </w:rPr>
                              <w:t>/202</w:t>
                            </w:r>
                            <w:r w:rsidR="000D59A7">
                              <w:rPr>
                                <w:color w:val="FF0000"/>
                              </w:rPr>
                              <w:t>6</w:t>
                            </w:r>
                          </w:p>
                          <w:p w14:paraId="423FBE29" w14:textId="77777777" w:rsidR="00791177" w:rsidRDefault="00791177" w:rsidP="00791177">
                            <w:pPr>
                              <w:spacing w:after="0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City Hall</w:t>
                            </w:r>
                          </w:p>
                          <w:p w14:paraId="226F0A48" w14:textId="77777777" w:rsidR="00791177" w:rsidRDefault="00791177" w:rsidP="00791177">
                            <w:pPr>
                              <w:spacing w:after="0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Library</w:t>
                            </w:r>
                          </w:p>
                          <w:p w14:paraId="18EA2867" w14:textId="77777777" w:rsidR="00791177" w:rsidRDefault="00791177" w:rsidP="00791177">
                            <w:pPr>
                              <w:spacing w:after="0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Post Office</w:t>
                            </w:r>
                          </w:p>
                          <w:p w14:paraId="6A1CAC64" w14:textId="77777777" w:rsidR="00791177" w:rsidRPr="00636687" w:rsidRDefault="00791177" w:rsidP="00791177">
                            <w:r>
                              <w:t>Signature_________________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F4BE21" id="_x0000_s1027" type="#_x0000_t202" style="position:absolute;margin-left:604.75pt;margin-top:21.1pt;width:156pt;height:84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" fillcolor="window" strokeweight=".5pt">
                <v:textbox>
                  <w:txbxContent>
                    <w:p w14:paraId="57DC874F" w14:textId="548375D9" w:rsidR="00791177" w:rsidRDefault="00791177" w:rsidP="00791177">
                      <w:pPr>
                        <w:spacing w:after="0"/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POSTED 0</w:t>
                      </w:r>
                      <w:r w:rsidR="00805AEB">
                        <w:rPr>
                          <w:color w:val="FF0000"/>
                        </w:rPr>
                        <w:t>8</w:t>
                      </w:r>
                      <w:r>
                        <w:rPr>
                          <w:color w:val="FF0000"/>
                        </w:rPr>
                        <w:t>/</w:t>
                      </w:r>
                      <w:r w:rsidR="000B1245">
                        <w:rPr>
                          <w:color w:val="FF0000"/>
                        </w:rPr>
                        <w:t>1</w:t>
                      </w:r>
                      <w:r w:rsidR="00805AEB">
                        <w:rPr>
                          <w:color w:val="FF0000"/>
                        </w:rPr>
                        <w:t>0</w:t>
                      </w:r>
                      <w:r>
                        <w:rPr>
                          <w:color w:val="FF0000"/>
                        </w:rPr>
                        <w:t>/202</w:t>
                      </w:r>
                      <w:r w:rsidR="000D59A7">
                        <w:rPr>
                          <w:color w:val="FF0000"/>
                        </w:rPr>
                        <w:t>6</w:t>
                      </w:r>
                    </w:p>
                    <w:p w14:paraId="423FBE29" w14:textId="77777777" w:rsidR="00791177" w:rsidRDefault="00791177" w:rsidP="00791177">
                      <w:pPr>
                        <w:spacing w:after="0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City Hall</w:t>
                      </w:r>
                    </w:p>
                    <w:p w14:paraId="226F0A48" w14:textId="77777777" w:rsidR="00791177" w:rsidRDefault="00791177" w:rsidP="00791177">
                      <w:pPr>
                        <w:spacing w:after="0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Library</w:t>
                      </w:r>
                    </w:p>
                    <w:p w14:paraId="18EA2867" w14:textId="77777777" w:rsidR="00791177" w:rsidRDefault="00791177" w:rsidP="00791177">
                      <w:pPr>
                        <w:spacing w:after="0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Post Office</w:t>
                      </w:r>
                    </w:p>
                    <w:p w14:paraId="6A1CAC64" w14:textId="77777777" w:rsidR="00791177" w:rsidRPr="00636687" w:rsidRDefault="00791177" w:rsidP="00791177">
                      <w:r>
                        <w:t>Signature_________________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6358DB">
        <w:t>AGENDA</w:t>
      </w:r>
    </w:p>
    <w:p w14:paraId="54C425F2" w14:textId="77777777" w:rsidR="00F61302" w:rsidRDefault="006358DB" w:rsidP="00204E4E">
      <w:pPr>
        <w:spacing w:after="0"/>
        <w:ind w:left="720"/>
      </w:pPr>
      <w:r>
        <w:t>CALL TO ORDER</w:t>
      </w:r>
    </w:p>
    <w:p w14:paraId="03F09786" w14:textId="77777777" w:rsidR="00F61302" w:rsidRDefault="006358DB" w:rsidP="00204E4E">
      <w:pPr>
        <w:spacing w:after="0"/>
        <w:ind w:left="720"/>
      </w:pPr>
      <w:r>
        <w:t>PLEDGE OF ALLEGIANCE</w:t>
      </w:r>
    </w:p>
    <w:p w14:paraId="3FF1A4A8" w14:textId="77777777" w:rsidR="00F61302" w:rsidRDefault="006358DB" w:rsidP="00204E4E">
      <w:pPr>
        <w:spacing w:after="0"/>
        <w:ind w:left="720"/>
      </w:pPr>
      <w:r>
        <w:t>ROLL CALL OF COUNCIL MEMBERS</w:t>
      </w:r>
    </w:p>
    <w:p w14:paraId="3446849E" w14:textId="77777777" w:rsidR="00F61302" w:rsidRDefault="006358DB">
      <w:pPr>
        <w:pStyle w:val="Heading2"/>
      </w:pPr>
      <w:r>
        <w:t>CONSENT AGENDA</w:t>
      </w:r>
    </w:p>
    <w:p w14:paraId="105A7519" w14:textId="38A4AA5A" w:rsidR="00F61302" w:rsidRDefault="006358DB">
      <w:r>
        <w:t xml:space="preserve">All items under the Consent Agenda will be enacted by one motion. </w:t>
      </w:r>
      <w:r w:rsidR="003040C2">
        <w:t>Those items will not be discussed separately unless a request is made before the council votes on the motion</w:t>
      </w:r>
      <w:r>
        <w:t>.</w:t>
      </w:r>
    </w:p>
    <w:p w14:paraId="75951992" w14:textId="2DE63771" w:rsidR="000F3DC4" w:rsidRDefault="000F3DC4" w:rsidP="009320E9">
      <w:pPr>
        <w:pStyle w:val="ListParagraph"/>
        <w:numPr>
          <w:ilvl w:val="0"/>
          <w:numId w:val="22"/>
        </w:numPr>
        <w:spacing w:after="0"/>
      </w:pPr>
      <w:r>
        <w:t>Agenda</w:t>
      </w:r>
    </w:p>
    <w:p w14:paraId="794AEF6F" w14:textId="260A8379" w:rsidR="00F61302" w:rsidRDefault="006358DB" w:rsidP="009320E9">
      <w:pPr>
        <w:pStyle w:val="ListParagraph"/>
        <w:numPr>
          <w:ilvl w:val="0"/>
          <w:numId w:val="22"/>
        </w:numPr>
        <w:spacing w:after="0"/>
      </w:pPr>
      <w:r>
        <w:t xml:space="preserve">Minutes of </w:t>
      </w:r>
      <w:r w:rsidR="00A32398">
        <w:t>August 11th</w:t>
      </w:r>
      <w:r>
        <w:t>, Regular Council Meeting</w:t>
      </w:r>
      <w:r w:rsidR="00AA3CEF">
        <w:t xml:space="preserve">, </w:t>
      </w:r>
      <w:r w:rsidR="008B4A26">
        <w:t>August 25</w:t>
      </w:r>
      <w:r w:rsidR="008B4A26" w:rsidRPr="008B4A26">
        <w:rPr>
          <w:vertAlign w:val="superscript"/>
        </w:rPr>
        <w:t>th</w:t>
      </w:r>
      <w:r w:rsidR="008B4A26">
        <w:t>, Special Meeting</w:t>
      </w:r>
    </w:p>
    <w:p w14:paraId="3354E23A" w14:textId="47E40ACB" w:rsidR="00A358DF" w:rsidRDefault="00A358DF" w:rsidP="009320E9">
      <w:pPr>
        <w:pStyle w:val="ListParagraph"/>
        <w:numPr>
          <w:ilvl w:val="0"/>
          <w:numId w:val="22"/>
        </w:numPr>
        <w:spacing w:after="0"/>
      </w:pPr>
      <w:r>
        <w:t>Claims</w:t>
      </w:r>
    </w:p>
    <w:p w14:paraId="7841016F" w14:textId="77777777" w:rsidR="005452DC" w:rsidRDefault="005452DC" w:rsidP="005452DC">
      <w:pPr>
        <w:pStyle w:val="ListParagraph"/>
        <w:spacing w:after="0"/>
        <w:ind w:left="1440"/>
      </w:pPr>
    </w:p>
    <w:p w14:paraId="6927A11E" w14:textId="5E897159" w:rsidR="00F61302" w:rsidRDefault="006358DB">
      <w:pPr>
        <w:pStyle w:val="Heading2"/>
      </w:pPr>
      <w:r>
        <w:t>CITIZEN FORUM</w:t>
      </w:r>
    </w:p>
    <w:p w14:paraId="305CF49C" w14:textId="77777777" w:rsidR="00F61302" w:rsidRDefault="006358DB">
      <w:r>
        <w:t>This time is set aside for public comments regarding issues not on the agenda. No action or discussion shall take place at this time on issues brought before the council.</w:t>
      </w:r>
    </w:p>
    <w:p w14:paraId="7920D00C" w14:textId="77777777" w:rsidR="00F61302" w:rsidRDefault="006358DB">
      <w:pPr>
        <w:pStyle w:val="Heading2"/>
      </w:pPr>
      <w:r>
        <w:t>BUSINESS</w:t>
      </w:r>
    </w:p>
    <w:p w14:paraId="23828FAF" w14:textId="724B2694" w:rsidR="00AA3CEF" w:rsidRPr="007B7F28" w:rsidRDefault="00FA0D57" w:rsidP="007B7F28">
      <w:pPr>
        <w:pStyle w:val="NormalWeb"/>
        <w:numPr>
          <w:ilvl w:val="0"/>
          <w:numId w:val="10"/>
        </w:numPr>
        <w:shd w:val="clear" w:color="auto" w:fill="FFFFFF"/>
        <w:spacing w:after="0"/>
        <w:rPr>
          <w:rFonts w:asciiTheme="minorHAnsi" w:hAnsiTheme="minorHAnsi" w:cstheme="majorHAnsi"/>
          <w:color w:val="242424"/>
          <w:sz w:val="22"/>
          <w:szCs w:val="22"/>
        </w:rPr>
      </w:pPr>
      <w:r w:rsidRPr="00AA3CEF">
        <w:rPr>
          <w:rFonts w:asciiTheme="minorHAnsi" w:hAnsiTheme="minorHAnsi" w:cstheme="majorHAnsi"/>
          <w:color w:val="242424"/>
          <w:sz w:val="22"/>
          <w:szCs w:val="22"/>
        </w:rPr>
        <w:t xml:space="preserve">Public Hearing on Proposed Amendment to the Holstein Urban Renewal Area No. 3 </w:t>
      </w:r>
    </w:p>
    <w:p w14:paraId="73C4BF2F" w14:textId="499B0834" w:rsidR="00075E7D" w:rsidRPr="00075E7D" w:rsidRDefault="00075E7D" w:rsidP="00075E7D">
      <w:pPr>
        <w:pStyle w:val="NormalWeb"/>
        <w:numPr>
          <w:ilvl w:val="0"/>
          <w:numId w:val="10"/>
        </w:numPr>
        <w:shd w:val="clear" w:color="auto" w:fill="FFFFFF"/>
        <w:spacing w:after="0"/>
        <w:rPr>
          <w:rFonts w:asciiTheme="minorHAnsi" w:hAnsiTheme="minorHAnsi" w:cstheme="majorHAnsi"/>
          <w:color w:val="242424"/>
          <w:sz w:val="22"/>
          <w:szCs w:val="22"/>
        </w:rPr>
      </w:pPr>
      <w:r w:rsidRPr="00FA0D57">
        <w:rPr>
          <w:rFonts w:asciiTheme="minorHAnsi" w:hAnsiTheme="minorHAnsi" w:cstheme="majorHAnsi"/>
          <w:color w:val="242424"/>
          <w:sz w:val="22"/>
          <w:szCs w:val="22"/>
        </w:rPr>
        <w:t>Resolution</w:t>
      </w:r>
      <w:r>
        <w:rPr>
          <w:rFonts w:asciiTheme="minorHAnsi" w:hAnsiTheme="minorHAnsi" w:cstheme="majorHAnsi"/>
          <w:color w:val="242424"/>
          <w:sz w:val="22"/>
          <w:szCs w:val="22"/>
        </w:rPr>
        <w:t xml:space="preserve"> 26-44</w:t>
      </w:r>
      <w:r w:rsidRPr="00FA0D57">
        <w:rPr>
          <w:rFonts w:asciiTheme="minorHAnsi" w:hAnsiTheme="minorHAnsi" w:cstheme="majorHAnsi"/>
          <w:color w:val="242424"/>
          <w:sz w:val="22"/>
          <w:szCs w:val="22"/>
        </w:rPr>
        <w:t xml:space="preserve"> to Approve Urban Renewal Plan Amendment for the Holstein Urban Renewal Area No. 3</w:t>
      </w:r>
    </w:p>
    <w:p w14:paraId="01E1D759" w14:textId="11C954BE" w:rsidR="00FA0D57" w:rsidRPr="00FA0D57" w:rsidRDefault="00FA0D57" w:rsidP="00FA0D57">
      <w:pPr>
        <w:pStyle w:val="NormalWeb"/>
        <w:numPr>
          <w:ilvl w:val="0"/>
          <w:numId w:val="10"/>
        </w:numPr>
        <w:shd w:val="clear" w:color="auto" w:fill="FFFFFF"/>
        <w:spacing w:after="0"/>
        <w:rPr>
          <w:rFonts w:asciiTheme="minorHAnsi" w:hAnsiTheme="minorHAnsi" w:cstheme="majorHAnsi"/>
          <w:color w:val="242424"/>
          <w:sz w:val="22"/>
          <w:szCs w:val="22"/>
        </w:rPr>
      </w:pPr>
      <w:r w:rsidRPr="00FA0D57">
        <w:rPr>
          <w:rFonts w:asciiTheme="minorHAnsi" w:hAnsiTheme="minorHAnsi" w:cstheme="majorHAnsi"/>
          <w:color w:val="242424"/>
          <w:sz w:val="22"/>
          <w:szCs w:val="22"/>
        </w:rPr>
        <w:t>Resolution</w:t>
      </w:r>
      <w:r w:rsidR="006B0146">
        <w:rPr>
          <w:rFonts w:asciiTheme="minorHAnsi" w:hAnsiTheme="minorHAnsi" w:cstheme="majorHAnsi"/>
          <w:color w:val="242424"/>
          <w:sz w:val="22"/>
          <w:szCs w:val="22"/>
        </w:rPr>
        <w:t>26-41</w:t>
      </w:r>
      <w:r w:rsidRPr="00FA0D57">
        <w:rPr>
          <w:rFonts w:asciiTheme="minorHAnsi" w:hAnsiTheme="minorHAnsi" w:cstheme="majorHAnsi"/>
          <w:color w:val="242424"/>
          <w:sz w:val="22"/>
          <w:szCs w:val="22"/>
        </w:rPr>
        <w:t xml:space="preserve"> Authorizing Internal Advance for Funding of Urban Renewal Projec</w:t>
      </w:r>
      <w:r>
        <w:rPr>
          <w:rFonts w:asciiTheme="minorHAnsi" w:hAnsiTheme="minorHAnsi" w:cstheme="majorHAnsi"/>
          <w:color w:val="242424"/>
          <w:sz w:val="22"/>
          <w:szCs w:val="22"/>
        </w:rPr>
        <w:t>t</w:t>
      </w:r>
    </w:p>
    <w:p w14:paraId="1F88A395" w14:textId="356E84B5" w:rsidR="006F3C0A" w:rsidRDefault="006F3C0A" w:rsidP="00811698">
      <w:pPr>
        <w:pStyle w:val="NormalWeb"/>
        <w:numPr>
          <w:ilvl w:val="0"/>
          <w:numId w:val="10"/>
        </w:numPr>
        <w:shd w:val="clear" w:color="auto" w:fill="FFFFFF"/>
        <w:spacing w:after="0"/>
        <w:rPr>
          <w:rFonts w:asciiTheme="minorHAnsi" w:hAnsiTheme="minorHAnsi" w:cstheme="majorHAnsi"/>
          <w:color w:val="242424"/>
          <w:sz w:val="22"/>
          <w:szCs w:val="22"/>
        </w:rPr>
      </w:pPr>
      <w:r>
        <w:rPr>
          <w:rFonts w:asciiTheme="minorHAnsi" w:hAnsiTheme="minorHAnsi" w:cstheme="majorHAnsi"/>
          <w:color w:val="242424"/>
          <w:sz w:val="22"/>
          <w:szCs w:val="22"/>
        </w:rPr>
        <w:t xml:space="preserve">Resolution 26- </w:t>
      </w:r>
      <w:r w:rsidR="006B0146">
        <w:rPr>
          <w:rFonts w:asciiTheme="minorHAnsi" w:hAnsiTheme="minorHAnsi" w:cstheme="majorHAnsi"/>
          <w:color w:val="242424"/>
          <w:sz w:val="22"/>
          <w:szCs w:val="22"/>
        </w:rPr>
        <w:t>42</w:t>
      </w:r>
      <w:r w:rsidR="004842DB" w:rsidRPr="004842DB">
        <w:rPr>
          <w:rFonts w:asciiTheme="minorHAnsi" w:hAnsiTheme="minorHAnsi" w:cstheme="majorHAnsi"/>
          <w:color w:val="242424"/>
          <w:sz w:val="22"/>
          <w:szCs w:val="22"/>
        </w:rPr>
        <w:t xml:space="preserve"> </w:t>
      </w:r>
      <w:r w:rsidR="003A5A54" w:rsidRPr="004842DB">
        <w:rPr>
          <w:rFonts w:asciiTheme="minorHAnsi" w:hAnsiTheme="minorHAnsi" w:cstheme="majorHAnsi"/>
          <w:color w:val="242424"/>
          <w:sz w:val="22"/>
          <w:szCs w:val="22"/>
        </w:rPr>
        <w:t>Establishing Hourly Wages for City Employees</w:t>
      </w:r>
    </w:p>
    <w:p w14:paraId="048B217C" w14:textId="1F6031FD" w:rsidR="00384174" w:rsidRDefault="006B0146" w:rsidP="00811698">
      <w:pPr>
        <w:pStyle w:val="NormalWeb"/>
        <w:numPr>
          <w:ilvl w:val="0"/>
          <w:numId w:val="10"/>
        </w:numPr>
        <w:shd w:val="clear" w:color="auto" w:fill="FFFFFF"/>
        <w:spacing w:after="0"/>
        <w:rPr>
          <w:rFonts w:asciiTheme="minorHAnsi" w:hAnsiTheme="minorHAnsi" w:cstheme="majorHAnsi"/>
          <w:color w:val="242424"/>
          <w:sz w:val="22"/>
          <w:szCs w:val="22"/>
        </w:rPr>
      </w:pPr>
      <w:r>
        <w:rPr>
          <w:rFonts w:asciiTheme="minorHAnsi" w:hAnsiTheme="minorHAnsi" w:cstheme="majorHAnsi"/>
          <w:color w:val="242424"/>
          <w:sz w:val="22"/>
          <w:szCs w:val="22"/>
        </w:rPr>
        <w:t xml:space="preserve">Resolution 26-43 </w:t>
      </w:r>
      <w:r w:rsidR="00384174">
        <w:rPr>
          <w:rFonts w:asciiTheme="minorHAnsi" w:hAnsiTheme="minorHAnsi" w:cstheme="majorHAnsi"/>
          <w:color w:val="242424"/>
          <w:sz w:val="22"/>
          <w:szCs w:val="22"/>
        </w:rPr>
        <w:t>Approval WWSIP Pay Request No. 6</w:t>
      </w:r>
    </w:p>
    <w:p w14:paraId="7E251442" w14:textId="5DD4DAF5" w:rsidR="004B4BE1" w:rsidRDefault="004B4BE1" w:rsidP="00CC7665">
      <w:pPr>
        <w:pStyle w:val="NormalWeb"/>
        <w:numPr>
          <w:ilvl w:val="0"/>
          <w:numId w:val="10"/>
        </w:numPr>
        <w:shd w:val="clear" w:color="auto" w:fill="FFFFFF"/>
        <w:spacing w:after="0"/>
        <w:rPr>
          <w:rFonts w:asciiTheme="minorHAnsi" w:hAnsiTheme="minorHAnsi" w:cstheme="majorHAnsi"/>
          <w:color w:val="242424"/>
          <w:sz w:val="22"/>
          <w:szCs w:val="22"/>
        </w:rPr>
      </w:pPr>
      <w:r w:rsidRPr="004B4BE1">
        <w:rPr>
          <w:rFonts w:asciiTheme="minorHAnsi" w:hAnsiTheme="minorHAnsi" w:cstheme="majorHAnsi"/>
          <w:color w:val="242424"/>
          <w:sz w:val="22"/>
          <w:szCs w:val="22"/>
        </w:rPr>
        <w:t>Benning Drive Storm Sewer Project – Alternate Design Route, Easements, and Cost Considerations</w:t>
      </w:r>
    </w:p>
    <w:p w14:paraId="22F7A841" w14:textId="52E03383" w:rsidR="00591105" w:rsidRPr="00415071" w:rsidRDefault="00591105" w:rsidP="00CC7665">
      <w:pPr>
        <w:pStyle w:val="NormalWeb"/>
        <w:numPr>
          <w:ilvl w:val="0"/>
          <w:numId w:val="10"/>
        </w:numPr>
        <w:shd w:val="clear" w:color="auto" w:fill="FFFFFF"/>
        <w:spacing w:after="0"/>
        <w:rPr>
          <w:rFonts w:asciiTheme="minorHAnsi" w:hAnsiTheme="minorHAnsi" w:cstheme="majorHAnsi"/>
          <w:color w:val="242424"/>
          <w:sz w:val="22"/>
          <w:szCs w:val="22"/>
        </w:rPr>
      </w:pPr>
      <w:r>
        <w:rPr>
          <w:rFonts w:asciiTheme="minorHAnsi" w:hAnsiTheme="minorHAnsi" w:cstheme="majorHAnsi"/>
          <w:sz w:val="22"/>
          <w:szCs w:val="22"/>
        </w:rPr>
        <w:t>Approval of Treasurer’s Report and Budget Report</w:t>
      </w:r>
    </w:p>
    <w:p w14:paraId="185D0ABF" w14:textId="3B9773A9" w:rsidR="00CC7665" w:rsidRDefault="00CC7665" w:rsidP="00CC7665">
      <w:pPr>
        <w:pStyle w:val="Heading2"/>
        <w:spacing w:before="0"/>
      </w:pPr>
      <w:r>
        <w:t>DEPARTMENTAL REPORTS</w:t>
      </w:r>
    </w:p>
    <w:p w14:paraId="12EC7ACA" w14:textId="44342DE1" w:rsidR="00D422E7" w:rsidRDefault="00F56918" w:rsidP="00CC7665">
      <w:pPr>
        <w:pStyle w:val="ListParagraph"/>
        <w:numPr>
          <w:ilvl w:val="0"/>
          <w:numId w:val="21"/>
        </w:numPr>
        <w:spacing w:after="0"/>
      </w:pPr>
      <w:r>
        <w:t>Waste</w:t>
      </w:r>
      <w:r w:rsidR="003C3A53">
        <w:t>w</w:t>
      </w:r>
      <w:r>
        <w:t>ater Treamentment Project – Progress Report</w:t>
      </w:r>
    </w:p>
    <w:p w14:paraId="44720EA3" w14:textId="4A14AA83" w:rsidR="00CC7665" w:rsidRDefault="00CC7665" w:rsidP="00CC7665">
      <w:pPr>
        <w:pStyle w:val="ListParagraph"/>
        <w:numPr>
          <w:ilvl w:val="0"/>
          <w:numId w:val="21"/>
        </w:numPr>
        <w:spacing w:after="0"/>
      </w:pPr>
      <w:r>
        <w:t xml:space="preserve">Sheriff </w:t>
      </w:r>
      <w:r w:rsidR="00140316">
        <w:t xml:space="preserve">Office Monthly Call </w:t>
      </w:r>
      <w:r>
        <w:t>Report</w:t>
      </w:r>
    </w:p>
    <w:p w14:paraId="66A86778" w14:textId="77777777" w:rsidR="00CC7665" w:rsidRDefault="00CC7665" w:rsidP="00CC7665">
      <w:pPr>
        <w:pStyle w:val="ListParagraph"/>
        <w:numPr>
          <w:ilvl w:val="0"/>
          <w:numId w:val="21"/>
        </w:numPr>
        <w:spacing w:after="0"/>
      </w:pPr>
      <w:r>
        <w:t>Mayor Report</w:t>
      </w:r>
    </w:p>
    <w:p w14:paraId="659641C8" w14:textId="77777777" w:rsidR="00CC7665" w:rsidRDefault="00CC7665" w:rsidP="00CC7665">
      <w:pPr>
        <w:pStyle w:val="ListParagraph"/>
        <w:numPr>
          <w:ilvl w:val="0"/>
          <w:numId w:val="21"/>
        </w:numPr>
        <w:spacing w:after="0"/>
      </w:pPr>
      <w:r>
        <w:t>Public Works Report</w:t>
      </w:r>
    </w:p>
    <w:p w14:paraId="506671AB" w14:textId="77777777" w:rsidR="00CC7665" w:rsidRDefault="00CC7665" w:rsidP="00CC7665">
      <w:pPr>
        <w:pStyle w:val="ListParagraph"/>
        <w:numPr>
          <w:ilvl w:val="0"/>
          <w:numId w:val="21"/>
        </w:numPr>
        <w:spacing w:after="0"/>
      </w:pPr>
      <w:r>
        <w:t>Community Center Report</w:t>
      </w:r>
    </w:p>
    <w:p w14:paraId="05238910" w14:textId="77777777" w:rsidR="00CC7665" w:rsidRDefault="00CC7665" w:rsidP="00CC7665">
      <w:pPr>
        <w:pStyle w:val="ListParagraph"/>
        <w:numPr>
          <w:ilvl w:val="0"/>
          <w:numId w:val="21"/>
        </w:numPr>
        <w:spacing w:after="0"/>
      </w:pPr>
      <w:r>
        <w:t>Taxi Report</w:t>
      </w:r>
    </w:p>
    <w:p w14:paraId="3F4DD96B" w14:textId="77777777" w:rsidR="00CC7665" w:rsidRDefault="00CC7665" w:rsidP="00CC7665">
      <w:pPr>
        <w:pStyle w:val="ListParagraph"/>
        <w:numPr>
          <w:ilvl w:val="0"/>
          <w:numId w:val="21"/>
        </w:numPr>
        <w:spacing w:after="0"/>
      </w:pPr>
      <w:r>
        <w:t>Library Report</w:t>
      </w:r>
    </w:p>
    <w:p w14:paraId="289AB6F6" w14:textId="62AFC00E" w:rsidR="00CC7665" w:rsidRDefault="00CC7665" w:rsidP="00CC7665">
      <w:pPr>
        <w:pStyle w:val="ListParagraph"/>
        <w:numPr>
          <w:ilvl w:val="0"/>
          <w:numId w:val="21"/>
        </w:numPr>
        <w:spacing w:after="0"/>
      </w:pPr>
      <w:r>
        <w:t xml:space="preserve">Administrator Report </w:t>
      </w:r>
    </w:p>
    <w:p w14:paraId="08F14BC6" w14:textId="603D77CC" w:rsidR="00204E4E" w:rsidRDefault="00204E4E" w:rsidP="00204E4E">
      <w:pPr>
        <w:pStyle w:val="Heading2"/>
      </w:pPr>
      <w:r>
        <w:t>ADJOURN</w:t>
      </w:r>
    </w:p>
    <w:p w14:paraId="249123E9" w14:textId="471B9A0A" w:rsidR="00F61302" w:rsidRDefault="00F61302" w:rsidP="00204E4E"/>
    <w:sectPr w:rsidR="00F61302" w:rsidSect="001B015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E00A49"/>
    <w:multiLevelType w:val="hybridMultilevel"/>
    <w:tmpl w:val="A12E05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0B7EBB"/>
    <w:multiLevelType w:val="hybridMultilevel"/>
    <w:tmpl w:val="65806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712F0A"/>
    <w:multiLevelType w:val="hybridMultilevel"/>
    <w:tmpl w:val="9C829C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862E66"/>
    <w:multiLevelType w:val="hybridMultilevel"/>
    <w:tmpl w:val="5ED470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2A739D4"/>
    <w:multiLevelType w:val="hybridMultilevel"/>
    <w:tmpl w:val="63985B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4650FFB"/>
    <w:multiLevelType w:val="hybridMultilevel"/>
    <w:tmpl w:val="A65455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6C83A40"/>
    <w:multiLevelType w:val="hybridMultilevel"/>
    <w:tmpl w:val="A83235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792964"/>
    <w:multiLevelType w:val="hybridMultilevel"/>
    <w:tmpl w:val="54720E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D271626"/>
    <w:multiLevelType w:val="hybridMultilevel"/>
    <w:tmpl w:val="BD9E00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2A96787"/>
    <w:multiLevelType w:val="hybridMultilevel"/>
    <w:tmpl w:val="E85A48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1B77F51"/>
    <w:multiLevelType w:val="hybridMultilevel"/>
    <w:tmpl w:val="4E0C90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4DB6B85"/>
    <w:multiLevelType w:val="hybridMultilevel"/>
    <w:tmpl w:val="354AB7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360F85"/>
    <w:multiLevelType w:val="hybridMultilevel"/>
    <w:tmpl w:val="23A0314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6C6E1237"/>
    <w:multiLevelType w:val="hybridMultilevel"/>
    <w:tmpl w:val="9098B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464235"/>
    <w:multiLevelType w:val="hybridMultilevel"/>
    <w:tmpl w:val="80DA9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E521AD"/>
    <w:multiLevelType w:val="hybridMultilevel"/>
    <w:tmpl w:val="4F92F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D77A41"/>
    <w:multiLevelType w:val="hybridMultilevel"/>
    <w:tmpl w:val="CB18D3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23529245">
    <w:abstractNumId w:val="8"/>
  </w:num>
  <w:num w:numId="2" w16cid:durableId="2133595111">
    <w:abstractNumId w:val="6"/>
  </w:num>
  <w:num w:numId="3" w16cid:durableId="1009452657">
    <w:abstractNumId w:val="5"/>
  </w:num>
  <w:num w:numId="4" w16cid:durableId="1967931494">
    <w:abstractNumId w:val="4"/>
  </w:num>
  <w:num w:numId="5" w16cid:durableId="768040418">
    <w:abstractNumId w:val="7"/>
  </w:num>
  <w:num w:numId="6" w16cid:durableId="1920601572">
    <w:abstractNumId w:val="3"/>
  </w:num>
  <w:num w:numId="7" w16cid:durableId="450975720">
    <w:abstractNumId w:val="2"/>
  </w:num>
  <w:num w:numId="8" w16cid:durableId="1615554962">
    <w:abstractNumId w:val="1"/>
  </w:num>
  <w:num w:numId="9" w16cid:durableId="606279985">
    <w:abstractNumId w:val="0"/>
  </w:num>
  <w:num w:numId="10" w16cid:durableId="1673726995">
    <w:abstractNumId w:val="22"/>
  </w:num>
  <w:num w:numId="11" w16cid:durableId="659236765">
    <w:abstractNumId w:val="25"/>
  </w:num>
  <w:num w:numId="12" w16cid:durableId="2116902463">
    <w:abstractNumId w:val="18"/>
  </w:num>
  <w:num w:numId="13" w16cid:durableId="450633749">
    <w:abstractNumId w:val="21"/>
  </w:num>
  <w:num w:numId="14" w16cid:durableId="411588035">
    <w:abstractNumId w:val="20"/>
  </w:num>
  <w:num w:numId="15" w16cid:durableId="2127577618">
    <w:abstractNumId w:val="23"/>
  </w:num>
  <w:num w:numId="16" w16cid:durableId="157113893">
    <w:abstractNumId w:val="9"/>
  </w:num>
  <w:num w:numId="17" w16cid:durableId="923491087">
    <w:abstractNumId w:val="10"/>
  </w:num>
  <w:num w:numId="18" w16cid:durableId="1468426981">
    <w:abstractNumId w:val="12"/>
  </w:num>
  <w:num w:numId="19" w16cid:durableId="1138498085">
    <w:abstractNumId w:val="14"/>
  </w:num>
  <w:num w:numId="20" w16cid:durableId="733547314">
    <w:abstractNumId w:val="11"/>
  </w:num>
  <w:num w:numId="21" w16cid:durableId="573052343">
    <w:abstractNumId w:val="17"/>
  </w:num>
  <w:num w:numId="22" w16cid:durableId="1238898594">
    <w:abstractNumId w:val="19"/>
  </w:num>
  <w:num w:numId="23" w16cid:durableId="1458834370">
    <w:abstractNumId w:val="16"/>
  </w:num>
  <w:num w:numId="24" w16cid:durableId="1748306732">
    <w:abstractNumId w:val="13"/>
  </w:num>
  <w:num w:numId="25" w16cid:durableId="895093906">
    <w:abstractNumId w:val="24"/>
  </w:num>
  <w:num w:numId="26" w16cid:durableId="58504400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4B06"/>
    <w:rsid w:val="00020DB3"/>
    <w:rsid w:val="00020E3C"/>
    <w:rsid w:val="0002574A"/>
    <w:rsid w:val="0002635E"/>
    <w:rsid w:val="00034616"/>
    <w:rsid w:val="00041E9D"/>
    <w:rsid w:val="0006063C"/>
    <w:rsid w:val="00073582"/>
    <w:rsid w:val="00075E7D"/>
    <w:rsid w:val="00081B98"/>
    <w:rsid w:val="0009201B"/>
    <w:rsid w:val="000935BE"/>
    <w:rsid w:val="00096A12"/>
    <w:rsid w:val="00097ADF"/>
    <w:rsid w:val="000A066C"/>
    <w:rsid w:val="000A42E5"/>
    <w:rsid w:val="000A4AE2"/>
    <w:rsid w:val="000B0A5C"/>
    <w:rsid w:val="000B1245"/>
    <w:rsid w:val="000B1E1F"/>
    <w:rsid w:val="000C0264"/>
    <w:rsid w:val="000D1E42"/>
    <w:rsid w:val="000D1ED3"/>
    <w:rsid w:val="000D2A44"/>
    <w:rsid w:val="000D39BE"/>
    <w:rsid w:val="000D4E6D"/>
    <w:rsid w:val="000D59A7"/>
    <w:rsid w:val="000E09F3"/>
    <w:rsid w:val="000E7A3E"/>
    <w:rsid w:val="000F3DC4"/>
    <w:rsid w:val="00102124"/>
    <w:rsid w:val="00107480"/>
    <w:rsid w:val="00114223"/>
    <w:rsid w:val="00114B67"/>
    <w:rsid w:val="001154CA"/>
    <w:rsid w:val="00117FEB"/>
    <w:rsid w:val="0012321C"/>
    <w:rsid w:val="00125995"/>
    <w:rsid w:val="00126217"/>
    <w:rsid w:val="00127615"/>
    <w:rsid w:val="00134427"/>
    <w:rsid w:val="00140316"/>
    <w:rsid w:val="00141859"/>
    <w:rsid w:val="0015074B"/>
    <w:rsid w:val="00157524"/>
    <w:rsid w:val="00161D1D"/>
    <w:rsid w:val="001625EE"/>
    <w:rsid w:val="00163991"/>
    <w:rsid w:val="00186AE2"/>
    <w:rsid w:val="0018736A"/>
    <w:rsid w:val="001950E0"/>
    <w:rsid w:val="001A6053"/>
    <w:rsid w:val="001B015E"/>
    <w:rsid w:val="001B0AD6"/>
    <w:rsid w:val="001B14E7"/>
    <w:rsid w:val="001B431E"/>
    <w:rsid w:val="001B4B1B"/>
    <w:rsid w:val="001C1E53"/>
    <w:rsid w:val="001C2C94"/>
    <w:rsid w:val="001C3175"/>
    <w:rsid w:val="001C55FE"/>
    <w:rsid w:val="001D3D2B"/>
    <w:rsid w:val="001D65C9"/>
    <w:rsid w:val="001D7A85"/>
    <w:rsid w:val="001E7D05"/>
    <w:rsid w:val="001F21F5"/>
    <w:rsid w:val="001F60CD"/>
    <w:rsid w:val="00204E4E"/>
    <w:rsid w:val="00207F84"/>
    <w:rsid w:val="00210F10"/>
    <w:rsid w:val="002161F0"/>
    <w:rsid w:val="0022014A"/>
    <w:rsid w:val="00225173"/>
    <w:rsid w:val="00233A23"/>
    <w:rsid w:val="002357C3"/>
    <w:rsid w:val="00246044"/>
    <w:rsid w:val="00255E1D"/>
    <w:rsid w:val="00261F75"/>
    <w:rsid w:val="00267D09"/>
    <w:rsid w:val="0027035A"/>
    <w:rsid w:val="00274B52"/>
    <w:rsid w:val="002771AB"/>
    <w:rsid w:val="0028183F"/>
    <w:rsid w:val="00283ABF"/>
    <w:rsid w:val="00284AF7"/>
    <w:rsid w:val="00284E8F"/>
    <w:rsid w:val="00295567"/>
    <w:rsid w:val="0029639D"/>
    <w:rsid w:val="002A08E9"/>
    <w:rsid w:val="002A2FB4"/>
    <w:rsid w:val="002A5413"/>
    <w:rsid w:val="002B1CB5"/>
    <w:rsid w:val="002B4BB9"/>
    <w:rsid w:val="002C6D65"/>
    <w:rsid w:val="002D29A7"/>
    <w:rsid w:val="002E17FA"/>
    <w:rsid w:val="002E351C"/>
    <w:rsid w:val="002F0C44"/>
    <w:rsid w:val="002F0FAC"/>
    <w:rsid w:val="002F2964"/>
    <w:rsid w:val="003040C2"/>
    <w:rsid w:val="00315EE1"/>
    <w:rsid w:val="00326F90"/>
    <w:rsid w:val="00332A9E"/>
    <w:rsid w:val="00333FD3"/>
    <w:rsid w:val="00335829"/>
    <w:rsid w:val="00347779"/>
    <w:rsid w:val="00350382"/>
    <w:rsid w:val="003513A1"/>
    <w:rsid w:val="00356E7C"/>
    <w:rsid w:val="003669E3"/>
    <w:rsid w:val="00367011"/>
    <w:rsid w:val="00367DCA"/>
    <w:rsid w:val="00367F1E"/>
    <w:rsid w:val="00384174"/>
    <w:rsid w:val="00384B87"/>
    <w:rsid w:val="003875F3"/>
    <w:rsid w:val="003A39B2"/>
    <w:rsid w:val="003A598E"/>
    <w:rsid w:val="003A5A54"/>
    <w:rsid w:val="003B1EC0"/>
    <w:rsid w:val="003B44E8"/>
    <w:rsid w:val="003B4AC1"/>
    <w:rsid w:val="003B7BBE"/>
    <w:rsid w:val="003C3A53"/>
    <w:rsid w:val="003C665B"/>
    <w:rsid w:val="003D5077"/>
    <w:rsid w:val="003E46E3"/>
    <w:rsid w:val="003E5FC8"/>
    <w:rsid w:val="00402C87"/>
    <w:rsid w:val="004072E6"/>
    <w:rsid w:val="00410266"/>
    <w:rsid w:val="00410F6D"/>
    <w:rsid w:val="004143C1"/>
    <w:rsid w:val="00416D3B"/>
    <w:rsid w:val="00420E00"/>
    <w:rsid w:val="00422580"/>
    <w:rsid w:val="004307FC"/>
    <w:rsid w:val="00430B3F"/>
    <w:rsid w:val="0044082D"/>
    <w:rsid w:val="00440B18"/>
    <w:rsid w:val="00445D22"/>
    <w:rsid w:val="0045129F"/>
    <w:rsid w:val="004542CB"/>
    <w:rsid w:val="00460820"/>
    <w:rsid w:val="00464C02"/>
    <w:rsid w:val="00470D61"/>
    <w:rsid w:val="004728AF"/>
    <w:rsid w:val="0047306F"/>
    <w:rsid w:val="004842DB"/>
    <w:rsid w:val="00490B83"/>
    <w:rsid w:val="004919AC"/>
    <w:rsid w:val="004A4EEE"/>
    <w:rsid w:val="004B2DFB"/>
    <w:rsid w:val="004B3D37"/>
    <w:rsid w:val="004B4BE1"/>
    <w:rsid w:val="004C7230"/>
    <w:rsid w:val="004D0686"/>
    <w:rsid w:val="004D10B6"/>
    <w:rsid w:val="004D7148"/>
    <w:rsid w:val="004D7C02"/>
    <w:rsid w:val="004E53D6"/>
    <w:rsid w:val="004E6A6D"/>
    <w:rsid w:val="004F0AC1"/>
    <w:rsid w:val="004F1314"/>
    <w:rsid w:val="004F766F"/>
    <w:rsid w:val="005006B6"/>
    <w:rsid w:val="00502305"/>
    <w:rsid w:val="005030F5"/>
    <w:rsid w:val="00505263"/>
    <w:rsid w:val="00506A95"/>
    <w:rsid w:val="0051071D"/>
    <w:rsid w:val="00514EEF"/>
    <w:rsid w:val="005166F5"/>
    <w:rsid w:val="00521AB3"/>
    <w:rsid w:val="005362D3"/>
    <w:rsid w:val="005452DC"/>
    <w:rsid w:val="0054551B"/>
    <w:rsid w:val="00552361"/>
    <w:rsid w:val="0055546B"/>
    <w:rsid w:val="00567ABB"/>
    <w:rsid w:val="00570A30"/>
    <w:rsid w:val="00572750"/>
    <w:rsid w:val="00573A46"/>
    <w:rsid w:val="00580DB7"/>
    <w:rsid w:val="00590FF5"/>
    <w:rsid w:val="00591105"/>
    <w:rsid w:val="0059272E"/>
    <w:rsid w:val="00596C54"/>
    <w:rsid w:val="005A384C"/>
    <w:rsid w:val="005B45DD"/>
    <w:rsid w:val="005B56A2"/>
    <w:rsid w:val="005C2A44"/>
    <w:rsid w:val="005D34B0"/>
    <w:rsid w:val="005D3BCE"/>
    <w:rsid w:val="005D7F42"/>
    <w:rsid w:val="005E0A96"/>
    <w:rsid w:val="005F4CF7"/>
    <w:rsid w:val="0060693F"/>
    <w:rsid w:val="00607A73"/>
    <w:rsid w:val="00610899"/>
    <w:rsid w:val="00612E33"/>
    <w:rsid w:val="00620164"/>
    <w:rsid w:val="006247FE"/>
    <w:rsid w:val="006358DB"/>
    <w:rsid w:val="006423A5"/>
    <w:rsid w:val="00642E15"/>
    <w:rsid w:val="00650655"/>
    <w:rsid w:val="00650995"/>
    <w:rsid w:val="00651FFA"/>
    <w:rsid w:val="00653103"/>
    <w:rsid w:val="0066179C"/>
    <w:rsid w:val="00665557"/>
    <w:rsid w:val="006700D5"/>
    <w:rsid w:val="00682035"/>
    <w:rsid w:val="00682D92"/>
    <w:rsid w:val="006835D6"/>
    <w:rsid w:val="006A0ED7"/>
    <w:rsid w:val="006A3B13"/>
    <w:rsid w:val="006A4420"/>
    <w:rsid w:val="006A4FE5"/>
    <w:rsid w:val="006A5FB7"/>
    <w:rsid w:val="006A6F64"/>
    <w:rsid w:val="006B0146"/>
    <w:rsid w:val="006B11CC"/>
    <w:rsid w:val="006B4069"/>
    <w:rsid w:val="006C1E07"/>
    <w:rsid w:val="006C25EE"/>
    <w:rsid w:val="006C3268"/>
    <w:rsid w:val="006D55E2"/>
    <w:rsid w:val="006E1D6B"/>
    <w:rsid w:val="006E2B3C"/>
    <w:rsid w:val="006E449B"/>
    <w:rsid w:val="006E53A9"/>
    <w:rsid w:val="006F39E8"/>
    <w:rsid w:val="006F3C0A"/>
    <w:rsid w:val="006F739C"/>
    <w:rsid w:val="007017DD"/>
    <w:rsid w:val="00704BCF"/>
    <w:rsid w:val="0070616C"/>
    <w:rsid w:val="00727128"/>
    <w:rsid w:val="007305B2"/>
    <w:rsid w:val="00730E3E"/>
    <w:rsid w:val="00741989"/>
    <w:rsid w:val="00745A7A"/>
    <w:rsid w:val="00747757"/>
    <w:rsid w:val="00752E9F"/>
    <w:rsid w:val="0076023F"/>
    <w:rsid w:val="0076523D"/>
    <w:rsid w:val="007704F0"/>
    <w:rsid w:val="00770588"/>
    <w:rsid w:val="00776263"/>
    <w:rsid w:val="007843A1"/>
    <w:rsid w:val="00784CEB"/>
    <w:rsid w:val="0078700D"/>
    <w:rsid w:val="00791177"/>
    <w:rsid w:val="00792748"/>
    <w:rsid w:val="00796ED6"/>
    <w:rsid w:val="007A04F0"/>
    <w:rsid w:val="007A4F2E"/>
    <w:rsid w:val="007A6DA5"/>
    <w:rsid w:val="007B7F28"/>
    <w:rsid w:val="007C0FAC"/>
    <w:rsid w:val="007C642A"/>
    <w:rsid w:val="007D2FEF"/>
    <w:rsid w:val="007D44FC"/>
    <w:rsid w:val="007D5687"/>
    <w:rsid w:val="007E0C09"/>
    <w:rsid w:val="007E67A0"/>
    <w:rsid w:val="007F0122"/>
    <w:rsid w:val="007F1C72"/>
    <w:rsid w:val="007F7F33"/>
    <w:rsid w:val="00801879"/>
    <w:rsid w:val="00801C56"/>
    <w:rsid w:val="00802F77"/>
    <w:rsid w:val="00805AEB"/>
    <w:rsid w:val="00810365"/>
    <w:rsid w:val="00811698"/>
    <w:rsid w:val="00817191"/>
    <w:rsid w:val="00821C27"/>
    <w:rsid w:val="00833F8B"/>
    <w:rsid w:val="008353B2"/>
    <w:rsid w:val="00842A56"/>
    <w:rsid w:val="00851C7B"/>
    <w:rsid w:val="00852EC5"/>
    <w:rsid w:val="00857814"/>
    <w:rsid w:val="00875D5B"/>
    <w:rsid w:val="008842DC"/>
    <w:rsid w:val="0088523E"/>
    <w:rsid w:val="008855CE"/>
    <w:rsid w:val="00890087"/>
    <w:rsid w:val="00895025"/>
    <w:rsid w:val="008952D4"/>
    <w:rsid w:val="008966AD"/>
    <w:rsid w:val="008A661E"/>
    <w:rsid w:val="008A68C7"/>
    <w:rsid w:val="008B1A79"/>
    <w:rsid w:val="008B1DA2"/>
    <w:rsid w:val="008B2CB5"/>
    <w:rsid w:val="008B4A26"/>
    <w:rsid w:val="008B62A4"/>
    <w:rsid w:val="008B760B"/>
    <w:rsid w:val="008C7ABC"/>
    <w:rsid w:val="008D3BF8"/>
    <w:rsid w:val="008D469D"/>
    <w:rsid w:val="008D5B24"/>
    <w:rsid w:val="008E28C9"/>
    <w:rsid w:val="008E4704"/>
    <w:rsid w:val="008E4785"/>
    <w:rsid w:val="008F11AA"/>
    <w:rsid w:val="008F716A"/>
    <w:rsid w:val="00900E38"/>
    <w:rsid w:val="00903A9D"/>
    <w:rsid w:val="009111E3"/>
    <w:rsid w:val="00917F14"/>
    <w:rsid w:val="009227FC"/>
    <w:rsid w:val="009237A5"/>
    <w:rsid w:val="009270E5"/>
    <w:rsid w:val="00927D5F"/>
    <w:rsid w:val="009320E9"/>
    <w:rsid w:val="00941903"/>
    <w:rsid w:val="00943FE2"/>
    <w:rsid w:val="00945F0C"/>
    <w:rsid w:val="0094676D"/>
    <w:rsid w:val="0095292B"/>
    <w:rsid w:val="00952F64"/>
    <w:rsid w:val="009535E8"/>
    <w:rsid w:val="0095644E"/>
    <w:rsid w:val="00964DEC"/>
    <w:rsid w:val="00973DA2"/>
    <w:rsid w:val="00990722"/>
    <w:rsid w:val="009929A7"/>
    <w:rsid w:val="00994A27"/>
    <w:rsid w:val="00995187"/>
    <w:rsid w:val="009A5C49"/>
    <w:rsid w:val="009A7DA5"/>
    <w:rsid w:val="009B18F8"/>
    <w:rsid w:val="009C3614"/>
    <w:rsid w:val="009C3BCB"/>
    <w:rsid w:val="009D0BFA"/>
    <w:rsid w:val="009D105E"/>
    <w:rsid w:val="009E032F"/>
    <w:rsid w:val="009E0361"/>
    <w:rsid w:val="009E064B"/>
    <w:rsid w:val="009E478B"/>
    <w:rsid w:val="009F28F6"/>
    <w:rsid w:val="009F5CA4"/>
    <w:rsid w:val="00A00190"/>
    <w:rsid w:val="00A00A57"/>
    <w:rsid w:val="00A131A1"/>
    <w:rsid w:val="00A15BC2"/>
    <w:rsid w:val="00A24EAF"/>
    <w:rsid w:val="00A25A41"/>
    <w:rsid w:val="00A32398"/>
    <w:rsid w:val="00A358DF"/>
    <w:rsid w:val="00A367B0"/>
    <w:rsid w:val="00A41F2C"/>
    <w:rsid w:val="00A448A0"/>
    <w:rsid w:val="00A501C6"/>
    <w:rsid w:val="00A52136"/>
    <w:rsid w:val="00A54474"/>
    <w:rsid w:val="00A56647"/>
    <w:rsid w:val="00A60896"/>
    <w:rsid w:val="00A6187A"/>
    <w:rsid w:val="00A650EF"/>
    <w:rsid w:val="00A70223"/>
    <w:rsid w:val="00A72CE4"/>
    <w:rsid w:val="00A73B13"/>
    <w:rsid w:val="00A765AB"/>
    <w:rsid w:val="00A8053F"/>
    <w:rsid w:val="00A9565F"/>
    <w:rsid w:val="00A95F89"/>
    <w:rsid w:val="00A9708D"/>
    <w:rsid w:val="00AA1D8D"/>
    <w:rsid w:val="00AA3CEF"/>
    <w:rsid w:val="00AB42AF"/>
    <w:rsid w:val="00AB6CC6"/>
    <w:rsid w:val="00AC0494"/>
    <w:rsid w:val="00AC5488"/>
    <w:rsid w:val="00AC6DC0"/>
    <w:rsid w:val="00AC7FA0"/>
    <w:rsid w:val="00AD093D"/>
    <w:rsid w:val="00AD7CDC"/>
    <w:rsid w:val="00AD7D57"/>
    <w:rsid w:val="00AF0E9D"/>
    <w:rsid w:val="00AF311C"/>
    <w:rsid w:val="00AF3F73"/>
    <w:rsid w:val="00B01BAA"/>
    <w:rsid w:val="00B04695"/>
    <w:rsid w:val="00B06789"/>
    <w:rsid w:val="00B175CB"/>
    <w:rsid w:val="00B201AD"/>
    <w:rsid w:val="00B2409E"/>
    <w:rsid w:val="00B32F55"/>
    <w:rsid w:val="00B376FA"/>
    <w:rsid w:val="00B4229A"/>
    <w:rsid w:val="00B42C87"/>
    <w:rsid w:val="00B4527B"/>
    <w:rsid w:val="00B47730"/>
    <w:rsid w:val="00B50CEE"/>
    <w:rsid w:val="00B51EB1"/>
    <w:rsid w:val="00B6007E"/>
    <w:rsid w:val="00B601E3"/>
    <w:rsid w:val="00B6343A"/>
    <w:rsid w:val="00B7775E"/>
    <w:rsid w:val="00B82D8E"/>
    <w:rsid w:val="00B93824"/>
    <w:rsid w:val="00B95C37"/>
    <w:rsid w:val="00BB6D10"/>
    <w:rsid w:val="00BC38AE"/>
    <w:rsid w:val="00BC6417"/>
    <w:rsid w:val="00BD058A"/>
    <w:rsid w:val="00BD6D80"/>
    <w:rsid w:val="00BE0BB5"/>
    <w:rsid w:val="00BF2C02"/>
    <w:rsid w:val="00BF35BD"/>
    <w:rsid w:val="00BF4515"/>
    <w:rsid w:val="00C01ACB"/>
    <w:rsid w:val="00C036BB"/>
    <w:rsid w:val="00C0543D"/>
    <w:rsid w:val="00C31153"/>
    <w:rsid w:val="00C31E86"/>
    <w:rsid w:val="00C51935"/>
    <w:rsid w:val="00C67AD4"/>
    <w:rsid w:val="00C729DF"/>
    <w:rsid w:val="00C83FA8"/>
    <w:rsid w:val="00CA02FF"/>
    <w:rsid w:val="00CA50EE"/>
    <w:rsid w:val="00CB0664"/>
    <w:rsid w:val="00CB0B6A"/>
    <w:rsid w:val="00CB1C8F"/>
    <w:rsid w:val="00CB1DC2"/>
    <w:rsid w:val="00CB7DCB"/>
    <w:rsid w:val="00CC2EAA"/>
    <w:rsid w:val="00CC6826"/>
    <w:rsid w:val="00CC7665"/>
    <w:rsid w:val="00CD087B"/>
    <w:rsid w:val="00CE4909"/>
    <w:rsid w:val="00CF324F"/>
    <w:rsid w:val="00D13F09"/>
    <w:rsid w:val="00D2642B"/>
    <w:rsid w:val="00D32C3D"/>
    <w:rsid w:val="00D33F7D"/>
    <w:rsid w:val="00D35758"/>
    <w:rsid w:val="00D422E7"/>
    <w:rsid w:val="00D422F0"/>
    <w:rsid w:val="00D46EDA"/>
    <w:rsid w:val="00D47146"/>
    <w:rsid w:val="00D56ECA"/>
    <w:rsid w:val="00D6216B"/>
    <w:rsid w:val="00D67868"/>
    <w:rsid w:val="00D71795"/>
    <w:rsid w:val="00D77FAD"/>
    <w:rsid w:val="00D808F5"/>
    <w:rsid w:val="00D80911"/>
    <w:rsid w:val="00D8765C"/>
    <w:rsid w:val="00D917B0"/>
    <w:rsid w:val="00D9729C"/>
    <w:rsid w:val="00DA3BF8"/>
    <w:rsid w:val="00DB0F03"/>
    <w:rsid w:val="00DB21CB"/>
    <w:rsid w:val="00DB4B64"/>
    <w:rsid w:val="00DC2ABD"/>
    <w:rsid w:val="00DC772E"/>
    <w:rsid w:val="00DD63D8"/>
    <w:rsid w:val="00DE5538"/>
    <w:rsid w:val="00DF3FC0"/>
    <w:rsid w:val="00DF7C36"/>
    <w:rsid w:val="00E1427F"/>
    <w:rsid w:val="00E16CD0"/>
    <w:rsid w:val="00E17253"/>
    <w:rsid w:val="00E22A89"/>
    <w:rsid w:val="00E27F6B"/>
    <w:rsid w:val="00E310EB"/>
    <w:rsid w:val="00E323EE"/>
    <w:rsid w:val="00E41A55"/>
    <w:rsid w:val="00E476E3"/>
    <w:rsid w:val="00E51212"/>
    <w:rsid w:val="00E63DEB"/>
    <w:rsid w:val="00E66ABE"/>
    <w:rsid w:val="00E6769C"/>
    <w:rsid w:val="00E72680"/>
    <w:rsid w:val="00E8563F"/>
    <w:rsid w:val="00E95BD3"/>
    <w:rsid w:val="00EA55D3"/>
    <w:rsid w:val="00EB0DD7"/>
    <w:rsid w:val="00EB2DE9"/>
    <w:rsid w:val="00EB59E8"/>
    <w:rsid w:val="00EC6A91"/>
    <w:rsid w:val="00ED26CA"/>
    <w:rsid w:val="00ED4A16"/>
    <w:rsid w:val="00EE2FFA"/>
    <w:rsid w:val="00EE5D58"/>
    <w:rsid w:val="00EF2C4A"/>
    <w:rsid w:val="00EF6C87"/>
    <w:rsid w:val="00F1049C"/>
    <w:rsid w:val="00F1513F"/>
    <w:rsid w:val="00F16428"/>
    <w:rsid w:val="00F2088C"/>
    <w:rsid w:val="00F2201F"/>
    <w:rsid w:val="00F23A7F"/>
    <w:rsid w:val="00F24D6F"/>
    <w:rsid w:val="00F24FC5"/>
    <w:rsid w:val="00F32D48"/>
    <w:rsid w:val="00F33744"/>
    <w:rsid w:val="00F33D8A"/>
    <w:rsid w:val="00F40E47"/>
    <w:rsid w:val="00F445BB"/>
    <w:rsid w:val="00F44DBA"/>
    <w:rsid w:val="00F4564F"/>
    <w:rsid w:val="00F467B8"/>
    <w:rsid w:val="00F5582A"/>
    <w:rsid w:val="00F56599"/>
    <w:rsid w:val="00F56918"/>
    <w:rsid w:val="00F57D88"/>
    <w:rsid w:val="00F61302"/>
    <w:rsid w:val="00F62C16"/>
    <w:rsid w:val="00F62D88"/>
    <w:rsid w:val="00F63933"/>
    <w:rsid w:val="00F8007F"/>
    <w:rsid w:val="00F8024A"/>
    <w:rsid w:val="00F85924"/>
    <w:rsid w:val="00F900ED"/>
    <w:rsid w:val="00F97C66"/>
    <w:rsid w:val="00FA0D57"/>
    <w:rsid w:val="00FA22F6"/>
    <w:rsid w:val="00FA3268"/>
    <w:rsid w:val="00FA562F"/>
    <w:rsid w:val="00FA5647"/>
    <w:rsid w:val="00FA73F5"/>
    <w:rsid w:val="00FB25D8"/>
    <w:rsid w:val="00FC693F"/>
    <w:rsid w:val="00FD0261"/>
    <w:rsid w:val="00FD1F8D"/>
    <w:rsid w:val="00FD724E"/>
    <w:rsid w:val="00FF217D"/>
    <w:rsid w:val="00FF332A"/>
    <w:rsid w:val="00FF6985"/>
    <w:rsid w:val="00FF776D"/>
    <w:rsid w:val="37131BD7"/>
    <w:rsid w:val="779CF5FB"/>
    <w:rsid w:val="7B76F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5720C80"/>
  <w14:defaultImageDpi w14:val="300"/>
  <w15:docId w15:val="{7F2CEA02-F8E2-49B4-ABA0-88E10A068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A95F8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5F8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62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97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5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713848">
              <w:marLeft w:val="6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59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301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011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95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4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2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19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63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56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23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86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003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208</Words>
  <Characters>1192</Characters>
  <Application>Microsoft Office Word</Application>
  <DocSecurity>0</DocSecurity>
  <Lines>9</Lines>
  <Paragraphs>2</Paragraphs>
  <ScaleCrop>false</ScaleCrop>
  <Manager/>
  <Company/>
  <LinksUpToDate>false</LinksUpToDate>
  <CharactersWithSpaces>1398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Tammy Nuckolls</cp:lastModifiedBy>
  <cp:revision>32</cp:revision>
  <cp:lastPrinted>2026-09-02T15:00:00Z</cp:lastPrinted>
  <dcterms:created xsi:type="dcterms:W3CDTF">2026-07-20T18:12:00Z</dcterms:created>
  <dcterms:modified xsi:type="dcterms:W3CDTF">2026-09-08T14:52:00Z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354f365d60d282d4384c50f0110e4c475b39537698aadfe5b0750df5ff9a91f4</vt:lpwstr>
  </property>
</Properties>
</file>