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23635" w14:textId="4DD07736" w:rsidR="00F61302" w:rsidRDefault="00204E4E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C70F99" wp14:editId="487E1174">
                <wp:simplePos x="0" y="0"/>
                <wp:positionH relativeFrom="column">
                  <wp:posOffset>47625</wp:posOffset>
                </wp:positionH>
                <wp:positionV relativeFrom="paragraph">
                  <wp:posOffset>123825</wp:posOffset>
                </wp:positionV>
                <wp:extent cx="1485900" cy="1225550"/>
                <wp:effectExtent l="0" t="0" r="0" b="0"/>
                <wp:wrapNone/>
                <wp:docPr id="13495350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225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40C53F" w14:textId="4EB73DF3" w:rsidR="00204E4E" w:rsidRDefault="00EB59E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D061BA" wp14:editId="6341FD3A">
                                  <wp:extent cx="1250950" cy="1224990"/>
                                  <wp:effectExtent l="0" t="0" r="0" b="0"/>
                                  <wp:docPr id="1" name="Picture 1" descr="Logo, company nam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Logo, company name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0950" cy="12249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70F9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.75pt;margin-top:9.75pt;width:117pt;height:9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" fillcolor="white [3201]" stroked="f" strokeweight=".5pt">
                <v:textbox>
                  <w:txbxContent>
                    <w:p w14:paraId="7540C53F" w14:textId="4EB73DF3" w:rsidR="00204E4E" w:rsidRDefault="00EB59E8">
                      <w:r>
                        <w:rPr>
                          <w:noProof/>
                        </w:rPr>
                        <w:drawing>
                          <wp:inline distT="0" distB="0" distL="0" distR="0" wp14:anchorId="66D061BA" wp14:editId="6341FD3A">
                            <wp:extent cx="1250950" cy="1224990"/>
                            <wp:effectExtent l="0" t="0" r="0" b="0"/>
                            <wp:docPr id="1" name="Picture 1" descr="Logo, company nam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Logo, company name&#10;&#10;AI-generated content may be incorrect.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0950" cy="12249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3F63F22" w14:textId="3DC2BD3B" w:rsidR="00F61302" w:rsidRPr="008D5B24" w:rsidRDefault="006358DB" w:rsidP="00204E4E">
      <w:pPr>
        <w:jc w:val="center"/>
        <w:rPr>
          <w:b/>
          <w:bCs/>
        </w:rPr>
      </w:pPr>
      <w:r w:rsidRPr="008D5B24">
        <w:rPr>
          <w:b/>
          <w:bCs/>
        </w:rPr>
        <w:t>HOLSTEIN CITY COUNCIL</w:t>
      </w:r>
      <w:r w:rsidRPr="008D5B24">
        <w:rPr>
          <w:b/>
          <w:bCs/>
        </w:rPr>
        <w:br/>
        <w:t>REGULAR MEETING</w:t>
      </w:r>
      <w:r w:rsidRPr="008D5B24">
        <w:rPr>
          <w:b/>
          <w:bCs/>
        </w:rPr>
        <w:br/>
        <w:t xml:space="preserve">Tuesday, </w:t>
      </w:r>
      <w:r w:rsidR="00650655">
        <w:rPr>
          <w:b/>
          <w:bCs/>
        </w:rPr>
        <w:t>June 9</w:t>
      </w:r>
      <w:r w:rsidR="001B0AD6">
        <w:rPr>
          <w:b/>
          <w:bCs/>
        </w:rPr>
        <w:t>, 202</w:t>
      </w:r>
      <w:r w:rsidR="000F3DC4">
        <w:rPr>
          <w:b/>
          <w:bCs/>
        </w:rPr>
        <w:t>6</w:t>
      </w:r>
      <w:r w:rsidRPr="008D5B24">
        <w:rPr>
          <w:b/>
          <w:bCs/>
        </w:rPr>
        <w:br/>
        <w:t>5:00 PM – Holstein City Hall Council Chambers</w:t>
      </w:r>
    </w:p>
    <w:p w14:paraId="28E0D7D1" w14:textId="056EB2AD" w:rsidR="00F61302" w:rsidRDefault="001C55FE">
      <w:pPr>
        <w:pStyle w:val="Heading1"/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F4BE21" wp14:editId="178F60B2">
                <wp:simplePos x="0" y="0"/>
                <wp:positionH relativeFrom="column">
                  <wp:posOffset>4219413</wp:posOffset>
                </wp:positionH>
                <wp:positionV relativeFrom="paragraph">
                  <wp:posOffset>177904</wp:posOffset>
                </wp:positionV>
                <wp:extent cx="1981200" cy="1076325"/>
                <wp:effectExtent l="0" t="0" r="19050" b="28575"/>
                <wp:wrapNone/>
                <wp:docPr id="417345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076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DC874F" w14:textId="12D7C6DA" w:rsidR="00791177" w:rsidRDefault="00791177" w:rsidP="00791177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POSTED 0</w:t>
                            </w:r>
                            <w:r w:rsidR="00133B09">
                              <w:rPr>
                                <w:color w:val="FF0000"/>
                              </w:rPr>
                              <w:t>6</w:t>
                            </w:r>
                            <w:r>
                              <w:rPr>
                                <w:color w:val="FF0000"/>
                              </w:rPr>
                              <w:t>/</w:t>
                            </w:r>
                            <w:r w:rsidR="00133B09">
                              <w:rPr>
                                <w:color w:val="FF0000"/>
                              </w:rPr>
                              <w:t>08</w:t>
                            </w:r>
                            <w:r>
                              <w:rPr>
                                <w:color w:val="FF0000"/>
                              </w:rPr>
                              <w:t>/202</w:t>
                            </w:r>
                            <w:r w:rsidR="000D59A7">
                              <w:rPr>
                                <w:color w:val="FF0000"/>
                              </w:rPr>
                              <w:t>6</w:t>
                            </w:r>
                          </w:p>
                          <w:p w14:paraId="423FBE29" w14:textId="77777777" w:rsidR="00791177" w:rsidRDefault="00791177" w:rsidP="00791177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City Hall</w:t>
                            </w:r>
                          </w:p>
                          <w:p w14:paraId="226F0A48" w14:textId="77777777" w:rsidR="00791177" w:rsidRDefault="00791177" w:rsidP="00791177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Library</w:t>
                            </w:r>
                          </w:p>
                          <w:p w14:paraId="18EA2867" w14:textId="77777777" w:rsidR="00791177" w:rsidRDefault="00791177" w:rsidP="00791177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Post Office</w:t>
                            </w:r>
                          </w:p>
                          <w:p w14:paraId="6A1CAC64" w14:textId="77777777" w:rsidR="00791177" w:rsidRPr="00636687" w:rsidRDefault="00791177" w:rsidP="00791177">
                            <w:r>
                              <w:t>Signature_________________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4BE21" id="_x0000_s1027" type="#_x0000_t202" style="position:absolute;margin-left:332.25pt;margin-top:14pt;width:156pt;height:8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" fillcolor="window" strokeweight=".5pt">
                <v:textbox>
                  <w:txbxContent>
                    <w:p w14:paraId="57DC874F" w14:textId="12D7C6DA" w:rsidR="00791177" w:rsidRDefault="00791177" w:rsidP="00791177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POSTED 0</w:t>
                      </w:r>
                      <w:r w:rsidR="00133B09">
                        <w:rPr>
                          <w:color w:val="FF0000"/>
                        </w:rPr>
                        <w:t>6</w:t>
                      </w:r>
                      <w:r>
                        <w:rPr>
                          <w:color w:val="FF0000"/>
                        </w:rPr>
                        <w:t>/</w:t>
                      </w:r>
                      <w:r w:rsidR="00133B09">
                        <w:rPr>
                          <w:color w:val="FF0000"/>
                        </w:rPr>
                        <w:t>08</w:t>
                      </w:r>
                      <w:r>
                        <w:rPr>
                          <w:color w:val="FF0000"/>
                        </w:rPr>
                        <w:t>/202</w:t>
                      </w:r>
                      <w:r w:rsidR="000D59A7">
                        <w:rPr>
                          <w:color w:val="FF0000"/>
                        </w:rPr>
                        <w:t>6</w:t>
                      </w:r>
                    </w:p>
                    <w:p w14:paraId="423FBE29" w14:textId="77777777" w:rsidR="00791177" w:rsidRDefault="00791177" w:rsidP="00791177">
                      <w:pPr>
                        <w:spacing w:after="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City Hall</w:t>
                      </w:r>
                    </w:p>
                    <w:p w14:paraId="226F0A48" w14:textId="77777777" w:rsidR="00791177" w:rsidRDefault="00791177" w:rsidP="00791177">
                      <w:pPr>
                        <w:spacing w:after="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Library</w:t>
                      </w:r>
                    </w:p>
                    <w:p w14:paraId="18EA2867" w14:textId="77777777" w:rsidR="00791177" w:rsidRDefault="00791177" w:rsidP="00791177">
                      <w:pPr>
                        <w:spacing w:after="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Post Office</w:t>
                      </w:r>
                    </w:p>
                    <w:p w14:paraId="6A1CAC64" w14:textId="77777777" w:rsidR="00791177" w:rsidRPr="00636687" w:rsidRDefault="00791177" w:rsidP="00791177">
                      <w:r>
                        <w:t>Signature_________________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6358DB">
        <w:t>AGENDA</w:t>
      </w:r>
    </w:p>
    <w:p w14:paraId="54C425F2" w14:textId="77777777" w:rsidR="00F61302" w:rsidRDefault="006358DB" w:rsidP="00204E4E">
      <w:pPr>
        <w:spacing w:after="0"/>
        <w:ind w:left="720"/>
      </w:pPr>
      <w:r>
        <w:t>CALL TO ORDER</w:t>
      </w:r>
    </w:p>
    <w:p w14:paraId="03F09786" w14:textId="77777777" w:rsidR="00F61302" w:rsidRDefault="006358DB" w:rsidP="00204E4E">
      <w:pPr>
        <w:spacing w:after="0"/>
        <w:ind w:left="720"/>
      </w:pPr>
      <w:r>
        <w:t>PLEDGE OF ALLEGIANCE</w:t>
      </w:r>
    </w:p>
    <w:p w14:paraId="3FF1A4A8" w14:textId="77777777" w:rsidR="00F61302" w:rsidRDefault="006358DB" w:rsidP="00204E4E">
      <w:pPr>
        <w:spacing w:after="0"/>
        <w:ind w:left="720"/>
      </w:pPr>
      <w:r>
        <w:t>ROLL CALL OF COUNCIL MEMBERS</w:t>
      </w:r>
    </w:p>
    <w:p w14:paraId="3446849E" w14:textId="77777777" w:rsidR="00F61302" w:rsidRDefault="006358DB">
      <w:pPr>
        <w:pStyle w:val="Heading2"/>
      </w:pPr>
      <w:r>
        <w:t>CONSENT AGENDA</w:t>
      </w:r>
    </w:p>
    <w:p w14:paraId="105A7519" w14:textId="38A4AA5A" w:rsidR="00F61302" w:rsidRDefault="006358DB">
      <w:r>
        <w:t xml:space="preserve">All items under the Consent Agenda will be enacted by one motion. </w:t>
      </w:r>
      <w:r w:rsidR="003040C2">
        <w:t>Those items will not be discussed separately unless a request is made before the council votes on the motion</w:t>
      </w:r>
      <w:r>
        <w:t>.</w:t>
      </w:r>
    </w:p>
    <w:p w14:paraId="75951992" w14:textId="2DE63771" w:rsidR="000F3DC4" w:rsidRDefault="000F3DC4" w:rsidP="009320E9">
      <w:pPr>
        <w:pStyle w:val="ListParagraph"/>
        <w:numPr>
          <w:ilvl w:val="0"/>
          <w:numId w:val="22"/>
        </w:numPr>
        <w:spacing w:after="0"/>
      </w:pPr>
      <w:r>
        <w:t>Agenda</w:t>
      </w:r>
    </w:p>
    <w:p w14:paraId="794AEF6F" w14:textId="3BA400BC" w:rsidR="00F61302" w:rsidRDefault="006358DB" w:rsidP="009320E9">
      <w:pPr>
        <w:pStyle w:val="ListParagraph"/>
        <w:numPr>
          <w:ilvl w:val="0"/>
          <w:numId w:val="22"/>
        </w:numPr>
        <w:spacing w:after="0"/>
      </w:pPr>
      <w:r>
        <w:t xml:space="preserve">Minutes of </w:t>
      </w:r>
      <w:r w:rsidR="00650655">
        <w:t>May 26th</w:t>
      </w:r>
      <w:r>
        <w:t>, Regular Council Meeting</w:t>
      </w:r>
      <w:r w:rsidR="005C2A44">
        <w:t xml:space="preserve"> </w:t>
      </w:r>
    </w:p>
    <w:p w14:paraId="3354E23A" w14:textId="47E40ACB" w:rsidR="00A358DF" w:rsidRDefault="00A358DF" w:rsidP="009320E9">
      <w:pPr>
        <w:pStyle w:val="ListParagraph"/>
        <w:numPr>
          <w:ilvl w:val="0"/>
          <w:numId w:val="22"/>
        </w:numPr>
        <w:spacing w:after="0"/>
      </w:pPr>
      <w:r>
        <w:t>Claims</w:t>
      </w:r>
    </w:p>
    <w:p w14:paraId="149BF709" w14:textId="28B66DFD" w:rsidR="00C51935" w:rsidRDefault="00C51935" w:rsidP="009320E9">
      <w:pPr>
        <w:pStyle w:val="ListParagraph"/>
        <w:numPr>
          <w:ilvl w:val="0"/>
          <w:numId w:val="22"/>
        </w:numPr>
        <w:spacing w:after="0"/>
      </w:pPr>
      <w:r>
        <w:t>Approval of</w:t>
      </w:r>
      <w:r w:rsidR="00AF4A97">
        <w:t xml:space="preserve"> </w:t>
      </w:r>
      <w:r w:rsidR="00AF4A97" w:rsidRPr="00AF4A97">
        <w:t xml:space="preserve">TA Express </w:t>
      </w:r>
      <w:r w:rsidR="00D72BC2">
        <w:t>L</w:t>
      </w:r>
      <w:r w:rsidR="00AF4A97">
        <w:t xml:space="preserve">iquor </w:t>
      </w:r>
      <w:r w:rsidR="00D72BC2">
        <w:t>L</w:t>
      </w:r>
      <w:r w:rsidR="00AF4A97" w:rsidRPr="00AF4A97">
        <w:t>icense</w:t>
      </w:r>
      <w:r w:rsidR="00AF4A97">
        <w:t xml:space="preserve"> </w:t>
      </w:r>
      <w:r w:rsidR="00D72BC2">
        <w:t>Class B</w:t>
      </w:r>
    </w:p>
    <w:p w14:paraId="36A2AF3B" w14:textId="77777777" w:rsidR="0091137C" w:rsidRPr="00CF28AA" w:rsidRDefault="0091137C" w:rsidP="0091137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ajorHAnsi"/>
          <w:b/>
          <w:bCs/>
          <w:color w:val="242424"/>
          <w:sz w:val="22"/>
          <w:szCs w:val="22"/>
        </w:rPr>
      </w:pPr>
    </w:p>
    <w:p w14:paraId="6DF201CA" w14:textId="77777777" w:rsidR="00CF28AA" w:rsidRDefault="00CF28AA" w:rsidP="0091137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ajorHAnsi"/>
          <w:color w:val="4F81BD" w:themeColor="accent1"/>
          <w:sz w:val="22"/>
          <w:szCs w:val="22"/>
        </w:rPr>
      </w:pPr>
      <w:r w:rsidRPr="00CF28AA">
        <w:rPr>
          <w:rFonts w:asciiTheme="majorHAnsi" w:hAnsiTheme="majorHAnsi" w:cstheme="majorHAnsi"/>
          <w:b/>
          <w:bCs/>
          <w:color w:val="4F81BD" w:themeColor="accent1"/>
          <w:sz w:val="26"/>
          <w:szCs w:val="26"/>
        </w:rPr>
        <w:t>CLOSED SESSION</w:t>
      </w:r>
      <w:r w:rsidRPr="00CF28AA">
        <w:rPr>
          <w:rFonts w:asciiTheme="minorHAnsi" w:hAnsiTheme="minorHAnsi" w:cstheme="majorHAnsi"/>
          <w:color w:val="4F81BD" w:themeColor="accent1"/>
          <w:sz w:val="22"/>
          <w:szCs w:val="22"/>
        </w:rPr>
        <w:t xml:space="preserve"> </w:t>
      </w:r>
    </w:p>
    <w:p w14:paraId="0F5D9D85" w14:textId="596C2060" w:rsidR="0091137C" w:rsidRDefault="00EA5A1C" w:rsidP="0091137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ajorHAnsi"/>
          <w:color w:val="242424"/>
          <w:sz w:val="22"/>
          <w:szCs w:val="22"/>
        </w:rPr>
      </w:pPr>
      <w:r>
        <w:rPr>
          <w:rFonts w:asciiTheme="minorHAnsi" w:hAnsiTheme="minorHAnsi" w:cstheme="majorHAnsi"/>
          <w:color w:val="242424"/>
          <w:sz w:val="22"/>
          <w:szCs w:val="22"/>
        </w:rPr>
        <w:t>P</w:t>
      </w:r>
      <w:r w:rsidR="0091137C" w:rsidRPr="0069433F">
        <w:rPr>
          <w:rFonts w:asciiTheme="minorHAnsi" w:hAnsiTheme="minorHAnsi" w:cstheme="majorHAnsi"/>
          <w:color w:val="242424"/>
          <w:sz w:val="22"/>
          <w:szCs w:val="22"/>
        </w:rPr>
        <w:t>ursuant to Iowa Code § 21.5(1)(c) to discuss strategy with legal counsel regarding pending litigation</w:t>
      </w:r>
    </w:p>
    <w:p w14:paraId="6927A11E" w14:textId="5E897159" w:rsidR="00F61302" w:rsidRDefault="006358DB">
      <w:pPr>
        <w:pStyle w:val="Heading2"/>
      </w:pPr>
      <w:r>
        <w:t>CITIZEN FORUM</w:t>
      </w:r>
    </w:p>
    <w:p w14:paraId="305CF49C" w14:textId="77777777" w:rsidR="00F61302" w:rsidRDefault="006358DB">
      <w:r>
        <w:t>This time is set aside for public comments regarding issues not on the agenda. No action or discussion shall take place at this time on issues brought before the council.</w:t>
      </w:r>
    </w:p>
    <w:p w14:paraId="7920D00C" w14:textId="77777777" w:rsidR="00F61302" w:rsidRDefault="006358DB" w:rsidP="00133B09">
      <w:pPr>
        <w:pStyle w:val="Heading2"/>
        <w:spacing w:before="0"/>
      </w:pPr>
      <w:r>
        <w:t>BUSINESS</w:t>
      </w:r>
    </w:p>
    <w:p w14:paraId="0D9CB664" w14:textId="1DC888B1" w:rsidR="00784A35" w:rsidRPr="00BC4140" w:rsidRDefault="00784A35" w:rsidP="00784A35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cstheme="majorHAnsi"/>
          <w:color w:val="242424"/>
        </w:rPr>
      </w:pPr>
      <w:r w:rsidRPr="004B0ED9">
        <w:rPr>
          <w:rFonts w:ascii="Aptos" w:eastAsia="Times New Roman" w:hAnsi="Aptos" w:cs="Times New Roman"/>
          <w:sz w:val="24"/>
          <w:szCs w:val="24"/>
        </w:rPr>
        <w:t>Iowa DOT discuss the plans for the US 20 &amp; US 59 junctions</w:t>
      </w:r>
    </w:p>
    <w:p w14:paraId="28F3A74C" w14:textId="1ADF3603" w:rsidR="00BC4140" w:rsidRPr="00784A35" w:rsidRDefault="00072F5E" w:rsidP="00784A35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cstheme="majorHAnsi"/>
          <w:color w:val="242424"/>
        </w:rPr>
      </w:pPr>
      <w:r>
        <w:rPr>
          <w:rFonts w:ascii="Aptos" w:eastAsia="Times New Roman" w:hAnsi="Aptos" w:cs="Times New Roman"/>
          <w:sz w:val="24"/>
          <w:szCs w:val="24"/>
        </w:rPr>
        <w:t>Sheriff’s Department – Electric Bikes and Scooters, and Side by Sides</w:t>
      </w:r>
    </w:p>
    <w:p w14:paraId="32AC80DB" w14:textId="284B9FCD" w:rsidR="00B34E34" w:rsidRDefault="0096189F" w:rsidP="00133B09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/>
        <w:rPr>
          <w:rFonts w:asciiTheme="minorHAnsi" w:hAnsiTheme="minorHAnsi" w:cstheme="majorHAnsi"/>
          <w:color w:val="242424"/>
          <w:sz w:val="22"/>
          <w:szCs w:val="22"/>
        </w:rPr>
      </w:pPr>
      <w:r>
        <w:rPr>
          <w:rFonts w:asciiTheme="minorHAnsi" w:hAnsiTheme="minorHAnsi" w:cstheme="majorHAnsi"/>
          <w:color w:val="242424"/>
          <w:sz w:val="22"/>
          <w:szCs w:val="22"/>
        </w:rPr>
        <w:t>Review</w:t>
      </w:r>
      <w:r w:rsidR="00B34E34">
        <w:rPr>
          <w:rFonts w:asciiTheme="minorHAnsi" w:hAnsiTheme="minorHAnsi" w:cstheme="majorHAnsi"/>
          <w:color w:val="242424"/>
          <w:sz w:val="22"/>
          <w:szCs w:val="22"/>
        </w:rPr>
        <w:t xml:space="preserve"> plans and </w:t>
      </w:r>
      <w:r w:rsidR="00E6482E">
        <w:rPr>
          <w:rFonts w:asciiTheme="minorHAnsi" w:hAnsiTheme="minorHAnsi" w:cstheme="majorHAnsi"/>
          <w:color w:val="242424"/>
          <w:sz w:val="22"/>
          <w:szCs w:val="22"/>
        </w:rPr>
        <w:t>Specifications for the Benning Drive Storm Sewer Project</w:t>
      </w:r>
    </w:p>
    <w:p w14:paraId="44957644" w14:textId="62820FFE" w:rsidR="00796ED6" w:rsidRDefault="00796ED6" w:rsidP="00811698">
      <w:pPr>
        <w:pStyle w:val="NormalWeb"/>
        <w:numPr>
          <w:ilvl w:val="0"/>
          <w:numId w:val="10"/>
        </w:numPr>
        <w:shd w:val="clear" w:color="auto" w:fill="FFFFFF"/>
        <w:spacing w:after="0"/>
        <w:rPr>
          <w:rFonts w:asciiTheme="minorHAnsi" w:hAnsiTheme="minorHAnsi" w:cstheme="majorHAnsi"/>
          <w:color w:val="242424"/>
          <w:sz w:val="22"/>
          <w:szCs w:val="22"/>
        </w:rPr>
      </w:pPr>
      <w:r>
        <w:rPr>
          <w:rFonts w:asciiTheme="minorHAnsi" w:hAnsiTheme="minorHAnsi" w:cstheme="majorHAnsi"/>
          <w:color w:val="242424"/>
          <w:sz w:val="22"/>
          <w:szCs w:val="22"/>
        </w:rPr>
        <w:t xml:space="preserve">Set a public Hearing to approve Plans, Specifications, Form of contract and </w:t>
      </w:r>
      <w:r w:rsidR="006D55E2">
        <w:rPr>
          <w:rFonts w:asciiTheme="minorHAnsi" w:hAnsiTheme="minorHAnsi" w:cstheme="majorHAnsi"/>
          <w:color w:val="242424"/>
          <w:sz w:val="22"/>
          <w:szCs w:val="22"/>
        </w:rPr>
        <w:t>Engineer’s</w:t>
      </w:r>
      <w:r>
        <w:rPr>
          <w:rFonts w:asciiTheme="minorHAnsi" w:hAnsiTheme="minorHAnsi" w:cstheme="majorHAnsi"/>
          <w:color w:val="242424"/>
          <w:sz w:val="22"/>
          <w:szCs w:val="22"/>
        </w:rPr>
        <w:t xml:space="preserve"> </w:t>
      </w:r>
      <w:r w:rsidR="006D55E2">
        <w:rPr>
          <w:rFonts w:asciiTheme="minorHAnsi" w:hAnsiTheme="minorHAnsi" w:cstheme="majorHAnsi"/>
          <w:color w:val="242424"/>
          <w:sz w:val="22"/>
          <w:szCs w:val="22"/>
        </w:rPr>
        <w:t>Estimate</w:t>
      </w:r>
      <w:r>
        <w:rPr>
          <w:rFonts w:asciiTheme="minorHAnsi" w:hAnsiTheme="minorHAnsi" w:cstheme="majorHAnsi"/>
          <w:color w:val="242424"/>
          <w:sz w:val="22"/>
          <w:szCs w:val="22"/>
        </w:rPr>
        <w:t xml:space="preserve"> of Cost</w:t>
      </w:r>
      <w:r w:rsidR="008F716A">
        <w:rPr>
          <w:rFonts w:asciiTheme="minorHAnsi" w:hAnsiTheme="minorHAnsi" w:cstheme="majorHAnsi"/>
          <w:color w:val="242424"/>
          <w:sz w:val="22"/>
          <w:szCs w:val="22"/>
        </w:rPr>
        <w:t xml:space="preserve"> for </w:t>
      </w:r>
      <w:r w:rsidR="00A52136">
        <w:rPr>
          <w:rFonts w:asciiTheme="minorHAnsi" w:hAnsiTheme="minorHAnsi" w:cstheme="majorHAnsi"/>
          <w:color w:val="242424"/>
          <w:sz w:val="22"/>
          <w:szCs w:val="22"/>
        </w:rPr>
        <w:t>Benning Drive Storm Sewer</w:t>
      </w:r>
      <w:r w:rsidR="006D55E2">
        <w:rPr>
          <w:rFonts w:asciiTheme="minorHAnsi" w:hAnsiTheme="minorHAnsi" w:cstheme="majorHAnsi"/>
          <w:color w:val="242424"/>
          <w:sz w:val="22"/>
          <w:szCs w:val="22"/>
        </w:rPr>
        <w:t xml:space="preserve"> July</w:t>
      </w:r>
      <w:r w:rsidR="007E67A0">
        <w:rPr>
          <w:rFonts w:asciiTheme="minorHAnsi" w:hAnsiTheme="minorHAnsi" w:cstheme="majorHAnsi"/>
          <w:color w:val="242424"/>
          <w:sz w:val="22"/>
          <w:szCs w:val="22"/>
        </w:rPr>
        <w:t xml:space="preserve"> 14</w:t>
      </w:r>
      <w:r w:rsidR="007E67A0" w:rsidRPr="007E67A0">
        <w:rPr>
          <w:rFonts w:asciiTheme="minorHAnsi" w:hAnsiTheme="minorHAnsi" w:cstheme="majorHAnsi"/>
          <w:color w:val="242424"/>
          <w:sz w:val="22"/>
          <w:szCs w:val="22"/>
          <w:vertAlign w:val="superscript"/>
        </w:rPr>
        <w:t>th</w:t>
      </w:r>
      <w:r w:rsidR="007E67A0">
        <w:rPr>
          <w:rFonts w:asciiTheme="minorHAnsi" w:hAnsiTheme="minorHAnsi" w:cstheme="majorHAnsi"/>
          <w:color w:val="242424"/>
          <w:sz w:val="22"/>
          <w:szCs w:val="22"/>
        </w:rPr>
        <w:t>, 2026</w:t>
      </w:r>
    </w:p>
    <w:p w14:paraId="67815E16" w14:textId="1C576747" w:rsidR="008F716A" w:rsidRDefault="008F716A" w:rsidP="00811698">
      <w:pPr>
        <w:pStyle w:val="NormalWeb"/>
        <w:numPr>
          <w:ilvl w:val="0"/>
          <w:numId w:val="10"/>
        </w:numPr>
        <w:shd w:val="clear" w:color="auto" w:fill="FFFFFF"/>
        <w:spacing w:after="0"/>
        <w:rPr>
          <w:rFonts w:asciiTheme="minorHAnsi" w:hAnsiTheme="minorHAnsi" w:cstheme="majorHAnsi"/>
          <w:color w:val="242424"/>
          <w:sz w:val="22"/>
          <w:szCs w:val="22"/>
        </w:rPr>
      </w:pPr>
      <w:r>
        <w:rPr>
          <w:rFonts w:asciiTheme="minorHAnsi" w:hAnsiTheme="minorHAnsi" w:cstheme="majorHAnsi"/>
          <w:color w:val="242424"/>
          <w:sz w:val="22"/>
          <w:szCs w:val="22"/>
        </w:rPr>
        <w:t xml:space="preserve">Set Date for Bid letting for the </w:t>
      </w:r>
      <w:r w:rsidR="00A52136">
        <w:rPr>
          <w:rFonts w:asciiTheme="minorHAnsi" w:hAnsiTheme="minorHAnsi" w:cstheme="majorHAnsi"/>
          <w:color w:val="242424"/>
          <w:sz w:val="22"/>
          <w:szCs w:val="22"/>
        </w:rPr>
        <w:t>Benning Drive Storm Sewer</w:t>
      </w:r>
      <w:r w:rsidR="007E67A0">
        <w:rPr>
          <w:rFonts w:asciiTheme="minorHAnsi" w:hAnsiTheme="minorHAnsi" w:cstheme="majorHAnsi"/>
          <w:color w:val="242424"/>
          <w:sz w:val="22"/>
          <w:szCs w:val="22"/>
        </w:rPr>
        <w:t xml:space="preserve"> July 9, </w:t>
      </w:r>
      <w:r w:rsidR="001C7127">
        <w:rPr>
          <w:rFonts w:asciiTheme="minorHAnsi" w:hAnsiTheme="minorHAnsi" w:cstheme="majorHAnsi"/>
          <w:color w:val="242424"/>
          <w:sz w:val="22"/>
          <w:szCs w:val="22"/>
        </w:rPr>
        <w:t>2026,</w:t>
      </w:r>
      <w:r w:rsidR="00612E33">
        <w:rPr>
          <w:rFonts w:asciiTheme="minorHAnsi" w:hAnsiTheme="minorHAnsi" w:cstheme="majorHAnsi"/>
          <w:color w:val="242424"/>
          <w:sz w:val="22"/>
          <w:szCs w:val="22"/>
        </w:rPr>
        <w:t xml:space="preserve"> 10:00 am</w:t>
      </w:r>
    </w:p>
    <w:p w14:paraId="0457D431" w14:textId="422B539F" w:rsidR="00AC6A24" w:rsidRDefault="00AC6A24" w:rsidP="00811698">
      <w:pPr>
        <w:pStyle w:val="NormalWeb"/>
        <w:numPr>
          <w:ilvl w:val="0"/>
          <w:numId w:val="10"/>
        </w:numPr>
        <w:shd w:val="clear" w:color="auto" w:fill="FFFFFF"/>
        <w:spacing w:after="0"/>
        <w:rPr>
          <w:rFonts w:asciiTheme="minorHAnsi" w:hAnsiTheme="minorHAnsi" w:cstheme="majorHAnsi"/>
          <w:color w:val="242424"/>
          <w:sz w:val="22"/>
          <w:szCs w:val="22"/>
        </w:rPr>
      </w:pPr>
      <w:r>
        <w:rPr>
          <w:rFonts w:asciiTheme="minorHAnsi" w:hAnsiTheme="minorHAnsi" w:cstheme="majorHAnsi"/>
          <w:color w:val="242424"/>
          <w:sz w:val="22"/>
          <w:szCs w:val="22"/>
        </w:rPr>
        <w:t xml:space="preserve">Set </w:t>
      </w:r>
      <w:r w:rsidR="001C7127">
        <w:rPr>
          <w:rFonts w:asciiTheme="minorHAnsi" w:hAnsiTheme="minorHAnsi" w:cstheme="majorHAnsi"/>
          <w:color w:val="242424"/>
          <w:sz w:val="22"/>
          <w:szCs w:val="22"/>
        </w:rPr>
        <w:t>time and place for</w:t>
      </w:r>
      <w:r w:rsidR="001C7127" w:rsidRPr="001C7127">
        <w:rPr>
          <w:rFonts w:asciiTheme="minorHAnsi" w:hAnsiTheme="minorHAnsi" w:cstheme="majorHAnsi"/>
          <w:color w:val="242424"/>
          <w:sz w:val="22"/>
          <w:szCs w:val="22"/>
        </w:rPr>
        <w:t xml:space="preserve"> </w:t>
      </w:r>
      <w:r w:rsidR="001C7127">
        <w:rPr>
          <w:rFonts w:asciiTheme="minorHAnsi" w:hAnsiTheme="minorHAnsi" w:cstheme="majorHAnsi"/>
          <w:color w:val="242424"/>
          <w:sz w:val="22"/>
          <w:szCs w:val="22"/>
        </w:rPr>
        <w:t>public forum regarding the Benning Drive Storm Sewer Project</w:t>
      </w:r>
    </w:p>
    <w:p w14:paraId="08EEF757" w14:textId="523E0080" w:rsidR="00AC1CF9" w:rsidRDefault="00E81B36" w:rsidP="00811698">
      <w:pPr>
        <w:pStyle w:val="NormalWeb"/>
        <w:numPr>
          <w:ilvl w:val="0"/>
          <w:numId w:val="10"/>
        </w:numPr>
        <w:shd w:val="clear" w:color="auto" w:fill="FFFFFF"/>
        <w:spacing w:after="0"/>
        <w:rPr>
          <w:rFonts w:asciiTheme="minorHAnsi" w:hAnsiTheme="minorHAnsi" w:cstheme="majorHAnsi"/>
          <w:color w:val="242424"/>
          <w:sz w:val="22"/>
          <w:szCs w:val="22"/>
        </w:rPr>
      </w:pPr>
      <w:r w:rsidRPr="00E81B36">
        <w:rPr>
          <w:rFonts w:asciiTheme="minorHAnsi" w:hAnsiTheme="minorHAnsi" w:cstheme="majorHAnsi"/>
          <w:color w:val="242424"/>
          <w:sz w:val="22"/>
          <w:szCs w:val="22"/>
        </w:rPr>
        <w:t xml:space="preserve">Confirm </w:t>
      </w:r>
      <w:r w:rsidR="002446A6">
        <w:rPr>
          <w:rFonts w:asciiTheme="minorHAnsi" w:hAnsiTheme="minorHAnsi" w:cstheme="majorHAnsi"/>
          <w:color w:val="242424"/>
          <w:sz w:val="22"/>
          <w:szCs w:val="22"/>
        </w:rPr>
        <w:t>E</w:t>
      </w:r>
      <w:r w:rsidRPr="00E81B36">
        <w:rPr>
          <w:rFonts w:asciiTheme="minorHAnsi" w:hAnsiTheme="minorHAnsi" w:cstheme="majorHAnsi"/>
          <w:color w:val="242424"/>
          <w:sz w:val="22"/>
          <w:szCs w:val="22"/>
        </w:rPr>
        <w:t xml:space="preserve">asements are </w:t>
      </w:r>
      <w:r w:rsidR="002446A6">
        <w:rPr>
          <w:rFonts w:asciiTheme="minorHAnsi" w:hAnsiTheme="minorHAnsi" w:cstheme="majorHAnsi"/>
          <w:color w:val="242424"/>
          <w:sz w:val="22"/>
          <w:szCs w:val="22"/>
        </w:rPr>
        <w:t>G</w:t>
      </w:r>
      <w:r w:rsidRPr="00E81B36">
        <w:rPr>
          <w:rFonts w:asciiTheme="minorHAnsi" w:hAnsiTheme="minorHAnsi" w:cstheme="majorHAnsi"/>
          <w:color w:val="242424"/>
          <w:sz w:val="22"/>
          <w:szCs w:val="22"/>
        </w:rPr>
        <w:t xml:space="preserve">ood to </w:t>
      </w:r>
      <w:r w:rsidR="002446A6">
        <w:rPr>
          <w:rFonts w:asciiTheme="minorHAnsi" w:hAnsiTheme="minorHAnsi" w:cstheme="majorHAnsi"/>
          <w:color w:val="242424"/>
          <w:sz w:val="22"/>
          <w:szCs w:val="22"/>
        </w:rPr>
        <w:t>C</w:t>
      </w:r>
      <w:r w:rsidRPr="00E81B36">
        <w:rPr>
          <w:rFonts w:asciiTheme="minorHAnsi" w:hAnsiTheme="minorHAnsi" w:cstheme="majorHAnsi"/>
          <w:color w:val="242424"/>
          <w:sz w:val="22"/>
          <w:szCs w:val="22"/>
        </w:rPr>
        <w:t>ertify. Clarify timing of easement agreements around public forum</w:t>
      </w:r>
    </w:p>
    <w:p w14:paraId="0C70B018" w14:textId="2006A081" w:rsidR="003F518C" w:rsidRDefault="003F518C" w:rsidP="003F518C">
      <w:pPr>
        <w:pStyle w:val="NormalWeb"/>
        <w:numPr>
          <w:ilvl w:val="0"/>
          <w:numId w:val="10"/>
        </w:numPr>
        <w:shd w:val="clear" w:color="auto" w:fill="FFFFFF"/>
        <w:spacing w:after="0"/>
        <w:rPr>
          <w:rFonts w:asciiTheme="minorHAnsi" w:hAnsiTheme="minorHAnsi" w:cstheme="majorHAnsi"/>
          <w:color w:val="242424"/>
          <w:sz w:val="22"/>
          <w:szCs w:val="22"/>
        </w:rPr>
      </w:pPr>
      <w:r>
        <w:rPr>
          <w:rFonts w:asciiTheme="minorHAnsi" w:hAnsiTheme="minorHAnsi" w:cstheme="majorHAnsi"/>
          <w:color w:val="242424"/>
          <w:sz w:val="22"/>
          <w:szCs w:val="22"/>
        </w:rPr>
        <w:t>Engineer update on WWSI</w:t>
      </w:r>
      <w:r w:rsidR="00432965">
        <w:rPr>
          <w:rFonts w:asciiTheme="minorHAnsi" w:hAnsiTheme="minorHAnsi" w:cstheme="majorHAnsi"/>
          <w:color w:val="242424"/>
          <w:sz w:val="22"/>
          <w:szCs w:val="22"/>
        </w:rPr>
        <w:t xml:space="preserve"> Project</w:t>
      </w:r>
    </w:p>
    <w:p w14:paraId="11EBAA6C" w14:textId="7C56F4FA" w:rsidR="00223040" w:rsidRDefault="006978FE" w:rsidP="003F518C">
      <w:pPr>
        <w:pStyle w:val="NormalWeb"/>
        <w:numPr>
          <w:ilvl w:val="0"/>
          <w:numId w:val="10"/>
        </w:numPr>
        <w:shd w:val="clear" w:color="auto" w:fill="FFFFFF"/>
        <w:spacing w:after="0"/>
        <w:rPr>
          <w:rFonts w:asciiTheme="minorHAnsi" w:hAnsiTheme="minorHAnsi" w:cstheme="majorHAnsi"/>
          <w:color w:val="242424"/>
          <w:sz w:val="22"/>
          <w:szCs w:val="22"/>
        </w:rPr>
      </w:pPr>
      <w:r>
        <w:rPr>
          <w:rFonts w:asciiTheme="minorHAnsi" w:hAnsiTheme="minorHAnsi" w:cstheme="majorHAnsi"/>
          <w:color w:val="242424"/>
          <w:sz w:val="22"/>
          <w:szCs w:val="22"/>
        </w:rPr>
        <w:t xml:space="preserve">Discuss </w:t>
      </w:r>
      <w:r w:rsidR="00223040">
        <w:rPr>
          <w:rFonts w:asciiTheme="minorHAnsi" w:hAnsiTheme="minorHAnsi" w:cstheme="majorHAnsi"/>
          <w:color w:val="242424"/>
          <w:sz w:val="22"/>
          <w:szCs w:val="22"/>
        </w:rPr>
        <w:t xml:space="preserve">North Main Park – </w:t>
      </w:r>
      <w:r>
        <w:rPr>
          <w:rFonts w:asciiTheme="minorHAnsi" w:hAnsiTheme="minorHAnsi" w:cstheme="majorHAnsi"/>
          <w:color w:val="242424"/>
          <w:sz w:val="22"/>
          <w:szCs w:val="22"/>
        </w:rPr>
        <w:t>R</w:t>
      </w:r>
      <w:r w:rsidR="00223040">
        <w:rPr>
          <w:rFonts w:asciiTheme="minorHAnsi" w:hAnsiTheme="minorHAnsi" w:cstheme="majorHAnsi"/>
          <w:color w:val="242424"/>
          <w:sz w:val="22"/>
          <w:szCs w:val="22"/>
        </w:rPr>
        <w:t>epairs</w:t>
      </w:r>
    </w:p>
    <w:p w14:paraId="5ACE97A0" w14:textId="1EAD04B0" w:rsidR="00CA6970" w:rsidRDefault="00E87B06" w:rsidP="003F518C">
      <w:pPr>
        <w:pStyle w:val="NormalWeb"/>
        <w:numPr>
          <w:ilvl w:val="0"/>
          <w:numId w:val="10"/>
        </w:numPr>
        <w:shd w:val="clear" w:color="auto" w:fill="FFFFFF"/>
        <w:spacing w:after="0"/>
        <w:rPr>
          <w:rFonts w:asciiTheme="minorHAnsi" w:hAnsiTheme="minorHAnsi" w:cstheme="majorHAnsi"/>
          <w:color w:val="242424"/>
          <w:sz w:val="22"/>
          <w:szCs w:val="22"/>
        </w:rPr>
      </w:pPr>
      <w:r>
        <w:rPr>
          <w:rFonts w:asciiTheme="minorHAnsi" w:hAnsiTheme="minorHAnsi" w:cstheme="majorHAnsi"/>
          <w:color w:val="242424"/>
          <w:sz w:val="22"/>
          <w:szCs w:val="22"/>
        </w:rPr>
        <w:t xml:space="preserve">Approval of </w:t>
      </w:r>
      <w:r w:rsidR="00CD7FCB">
        <w:rPr>
          <w:rFonts w:asciiTheme="minorHAnsi" w:hAnsiTheme="minorHAnsi" w:cstheme="majorHAnsi"/>
          <w:color w:val="242424"/>
          <w:sz w:val="22"/>
          <w:szCs w:val="22"/>
        </w:rPr>
        <w:t xml:space="preserve">Pro Track and Tennis </w:t>
      </w:r>
      <w:r w:rsidR="007F4118">
        <w:rPr>
          <w:rFonts w:asciiTheme="minorHAnsi" w:hAnsiTheme="minorHAnsi" w:cstheme="majorHAnsi"/>
          <w:color w:val="242424"/>
          <w:sz w:val="22"/>
          <w:szCs w:val="22"/>
        </w:rPr>
        <w:t>Proposal and</w:t>
      </w:r>
      <w:r w:rsidR="00C9316C">
        <w:rPr>
          <w:rFonts w:asciiTheme="minorHAnsi" w:hAnsiTheme="minorHAnsi" w:cstheme="majorHAnsi"/>
          <w:color w:val="242424"/>
          <w:sz w:val="22"/>
          <w:szCs w:val="22"/>
        </w:rPr>
        <w:t xml:space="preserve"> Bostwick Fencing Estimate</w:t>
      </w:r>
    </w:p>
    <w:p w14:paraId="3AA10BAF" w14:textId="77777777" w:rsidR="00072F5E" w:rsidRDefault="00072F5E" w:rsidP="00072F5E">
      <w:pPr>
        <w:pStyle w:val="Heading2"/>
        <w:spacing w:before="0"/>
      </w:pPr>
      <w:r>
        <w:t>DEPARTMENTAL REPORTS</w:t>
      </w:r>
    </w:p>
    <w:p w14:paraId="4F4A0AFF" w14:textId="77777777" w:rsidR="00072F5E" w:rsidRDefault="00072F5E" w:rsidP="00072F5E">
      <w:pPr>
        <w:pStyle w:val="ListParagraph"/>
        <w:numPr>
          <w:ilvl w:val="0"/>
          <w:numId w:val="21"/>
        </w:numPr>
        <w:spacing w:after="0"/>
      </w:pPr>
      <w:r>
        <w:t>Mayor Report</w:t>
      </w:r>
    </w:p>
    <w:p w14:paraId="6694AAFB" w14:textId="77777777" w:rsidR="00072F5E" w:rsidRDefault="00072F5E" w:rsidP="00072F5E">
      <w:pPr>
        <w:pStyle w:val="ListParagraph"/>
        <w:numPr>
          <w:ilvl w:val="0"/>
          <w:numId w:val="21"/>
        </w:numPr>
        <w:spacing w:after="0"/>
      </w:pPr>
      <w:r>
        <w:t>Public Works Report</w:t>
      </w:r>
    </w:p>
    <w:p w14:paraId="707050EC" w14:textId="77777777" w:rsidR="00072F5E" w:rsidRDefault="00072F5E" w:rsidP="00072F5E">
      <w:pPr>
        <w:pStyle w:val="ListParagraph"/>
        <w:numPr>
          <w:ilvl w:val="0"/>
          <w:numId w:val="21"/>
        </w:numPr>
        <w:spacing w:after="0"/>
      </w:pPr>
      <w:r>
        <w:t>Community Center Report</w:t>
      </w:r>
    </w:p>
    <w:p w14:paraId="1FDD6399" w14:textId="77777777" w:rsidR="00072F5E" w:rsidRDefault="00072F5E" w:rsidP="00072F5E">
      <w:pPr>
        <w:pStyle w:val="ListParagraph"/>
        <w:numPr>
          <w:ilvl w:val="0"/>
          <w:numId w:val="21"/>
        </w:numPr>
        <w:spacing w:after="0"/>
      </w:pPr>
      <w:r>
        <w:t>Treasurer’s Report, Budget Report, Administrator, Taxi, Utility Billing, Engineering Projects, Library, Pet Registration and in-House Nuisance Enforcement, and Nuisance Logs</w:t>
      </w:r>
    </w:p>
    <w:p w14:paraId="47B2F2EB" w14:textId="77777777" w:rsidR="00460820" w:rsidRDefault="00460820" w:rsidP="00460820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ajorHAnsi"/>
          <w:b/>
          <w:bCs/>
          <w:color w:val="242424"/>
          <w:sz w:val="22"/>
          <w:szCs w:val="22"/>
          <w:highlight w:val="yellow"/>
        </w:rPr>
      </w:pPr>
    </w:p>
    <w:p w14:paraId="08F14BC6" w14:textId="603D77CC" w:rsidR="00204E4E" w:rsidRDefault="00204E4E" w:rsidP="00204E4E">
      <w:pPr>
        <w:pStyle w:val="Heading2"/>
      </w:pPr>
      <w:r>
        <w:t>ADJOURN</w:t>
      </w:r>
    </w:p>
    <w:p w14:paraId="249123E9" w14:textId="471B9A0A" w:rsidR="00F61302" w:rsidRDefault="00F61302" w:rsidP="00204E4E"/>
    <w:sectPr w:rsidR="00F61302" w:rsidSect="007C0FAC">
      <w:pgSz w:w="12240" w:h="15840"/>
      <w:pgMar w:top="720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E00A49"/>
    <w:multiLevelType w:val="hybridMultilevel"/>
    <w:tmpl w:val="A12E0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0B7EBB"/>
    <w:multiLevelType w:val="hybridMultilevel"/>
    <w:tmpl w:val="65806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12F0A"/>
    <w:multiLevelType w:val="hybridMultilevel"/>
    <w:tmpl w:val="9C829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62E66"/>
    <w:multiLevelType w:val="hybridMultilevel"/>
    <w:tmpl w:val="5ED470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415682"/>
    <w:multiLevelType w:val="hybridMultilevel"/>
    <w:tmpl w:val="7A347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50FFB"/>
    <w:multiLevelType w:val="hybridMultilevel"/>
    <w:tmpl w:val="A65455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792964"/>
    <w:multiLevelType w:val="hybridMultilevel"/>
    <w:tmpl w:val="54720E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271626"/>
    <w:multiLevelType w:val="hybridMultilevel"/>
    <w:tmpl w:val="BD9E00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96787"/>
    <w:multiLevelType w:val="hybridMultilevel"/>
    <w:tmpl w:val="E85A48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B77F51"/>
    <w:multiLevelType w:val="hybridMultilevel"/>
    <w:tmpl w:val="4E0C90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DB6B85"/>
    <w:multiLevelType w:val="hybridMultilevel"/>
    <w:tmpl w:val="354A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360F85"/>
    <w:multiLevelType w:val="hybridMultilevel"/>
    <w:tmpl w:val="23A031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C6E1237"/>
    <w:multiLevelType w:val="hybridMultilevel"/>
    <w:tmpl w:val="9098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64235"/>
    <w:multiLevelType w:val="hybridMultilevel"/>
    <w:tmpl w:val="80DA9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D77A41"/>
    <w:multiLevelType w:val="hybridMultilevel"/>
    <w:tmpl w:val="CB18D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3529245">
    <w:abstractNumId w:val="8"/>
  </w:num>
  <w:num w:numId="2" w16cid:durableId="2133595111">
    <w:abstractNumId w:val="6"/>
  </w:num>
  <w:num w:numId="3" w16cid:durableId="1009452657">
    <w:abstractNumId w:val="5"/>
  </w:num>
  <w:num w:numId="4" w16cid:durableId="1967931494">
    <w:abstractNumId w:val="4"/>
  </w:num>
  <w:num w:numId="5" w16cid:durableId="768040418">
    <w:abstractNumId w:val="7"/>
  </w:num>
  <w:num w:numId="6" w16cid:durableId="1920601572">
    <w:abstractNumId w:val="3"/>
  </w:num>
  <w:num w:numId="7" w16cid:durableId="450975720">
    <w:abstractNumId w:val="2"/>
  </w:num>
  <w:num w:numId="8" w16cid:durableId="1615554962">
    <w:abstractNumId w:val="1"/>
  </w:num>
  <w:num w:numId="9" w16cid:durableId="606279985">
    <w:abstractNumId w:val="0"/>
  </w:num>
  <w:num w:numId="10" w16cid:durableId="1673726995">
    <w:abstractNumId w:val="21"/>
  </w:num>
  <w:num w:numId="11" w16cid:durableId="659236765">
    <w:abstractNumId w:val="23"/>
  </w:num>
  <w:num w:numId="12" w16cid:durableId="2116902463">
    <w:abstractNumId w:val="17"/>
  </w:num>
  <w:num w:numId="13" w16cid:durableId="450633749">
    <w:abstractNumId w:val="20"/>
  </w:num>
  <w:num w:numId="14" w16cid:durableId="411588035">
    <w:abstractNumId w:val="19"/>
  </w:num>
  <w:num w:numId="15" w16cid:durableId="2127577618">
    <w:abstractNumId w:val="22"/>
  </w:num>
  <w:num w:numId="16" w16cid:durableId="157113893">
    <w:abstractNumId w:val="9"/>
  </w:num>
  <w:num w:numId="17" w16cid:durableId="923491087">
    <w:abstractNumId w:val="10"/>
  </w:num>
  <w:num w:numId="18" w16cid:durableId="1468426981">
    <w:abstractNumId w:val="12"/>
  </w:num>
  <w:num w:numId="19" w16cid:durableId="1138498085">
    <w:abstractNumId w:val="14"/>
  </w:num>
  <w:num w:numId="20" w16cid:durableId="733547314">
    <w:abstractNumId w:val="11"/>
  </w:num>
  <w:num w:numId="21" w16cid:durableId="573052343">
    <w:abstractNumId w:val="16"/>
  </w:num>
  <w:num w:numId="22" w16cid:durableId="1238898594">
    <w:abstractNumId w:val="18"/>
  </w:num>
  <w:num w:numId="23" w16cid:durableId="1458834370">
    <w:abstractNumId w:val="15"/>
  </w:num>
  <w:num w:numId="24" w16cid:durableId="3757857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B06"/>
    <w:rsid w:val="00016892"/>
    <w:rsid w:val="00020DB3"/>
    <w:rsid w:val="00020E3C"/>
    <w:rsid w:val="0002635E"/>
    <w:rsid w:val="00034616"/>
    <w:rsid w:val="0006063C"/>
    <w:rsid w:val="00072F5E"/>
    <w:rsid w:val="00073582"/>
    <w:rsid w:val="00081B98"/>
    <w:rsid w:val="0008546E"/>
    <w:rsid w:val="0009201B"/>
    <w:rsid w:val="00092927"/>
    <w:rsid w:val="00096A12"/>
    <w:rsid w:val="00097ADF"/>
    <w:rsid w:val="000A066C"/>
    <w:rsid w:val="000A42E5"/>
    <w:rsid w:val="000A4AE2"/>
    <w:rsid w:val="000B1245"/>
    <w:rsid w:val="000B1E1F"/>
    <w:rsid w:val="000C0264"/>
    <w:rsid w:val="000C10B4"/>
    <w:rsid w:val="000D1E42"/>
    <w:rsid w:val="000D1ED3"/>
    <w:rsid w:val="000D2A44"/>
    <w:rsid w:val="000D39BE"/>
    <w:rsid w:val="000D4E6D"/>
    <w:rsid w:val="000D59A7"/>
    <w:rsid w:val="000E7A3E"/>
    <w:rsid w:val="000F3DC4"/>
    <w:rsid w:val="00107480"/>
    <w:rsid w:val="00114223"/>
    <w:rsid w:val="001154CA"/>
    <w:rsid w:val="00117FEB"/>
    <w:rsid w:val="0012321C"/>
    <w:rsid w:val="00125995"/>
    <w:rsid w:val="00126217"/>
    <w:rsid w:val="00127615"/>
    <w:rsid w:val="00133B09"/>
    <w:rsid w:val="00134427"/>
    <w:rsid w:val="00141859"/>
    <w:rsid w:val="0015074B"/>
    <w:rsid w:val="00157524"/>
    <w:rsid w:val="00161D1D"/>
    <w:rsid w:val="001625EE"/>
    <w:rsid w:val="00162F65"/>
    <w:rsid w:val="00163991"/>
    <w:rsid w:val="00186AE2"/>
    <w:rsid w:val="001A6053"/>
    <w:rsid w:val="001B0AD6"/>
    <w:rsid w:val="001B14E7"/>
    <w:rsid w:val="001B431E"/>
    <w:rsid w:val="001B4B1B"/>
    <w:rsid w:val="001C1E53"/>
    <w:rsid w:val="001C2C94"/>
    <w:rsid w:val="001C3175"/>
    <w:rsid w:val="001C55FE"/>
    <w:rsid w:val="001C7127"/>
    <w:rsid w:val="001D3D2B"/>
    <w:rsid w:val="001D65C9"/>
    <w:rsid w:val="001D7A85"/>
    <w:rsid w:val="001E7D05"/>
    <w:rsid w:val="001F21F5"/>
    <w:rsid w:val="001F60CD"/>
    <w:rsid w:val="00204E4E"/>
    <w:rsid w:val="00210F10"/>
    <w:rsid w:val="002161F0"/>
    <w:rsid w:val="0022014A"/>
    <w:rsid w:val="00223040"/>
    <w:rsid w:val="00225173"/>
    <w:rsid w:val="00233A23"/>
    <w:rsid w:val="002357C3"/>
    <w:rsid w:val="002446A6"/>
    <w:rsid w:val="00246044"/>
    <w:rsid w:val="00255E1D"/>
    <w:rsid w:val="0026020D"/>
    <w:rsid w:val="00261F75"/>
    <w:rsid w:val="00267D09"/>
    <w:rsid w:val="0027035A"/>
    <w:rsid w:val="00274B52"/>
    <w:rsid w:val="002771AB"/>
    <w:rsid w:val="0028183F"/>
    <w:rsid w:val="00283ABF"/>
    <w:rsid w:val="00284AF7"/>
    <w:rsid w:val="00284E8F"/>
    <w:rsid w:val="00294D16"/>
    <w:rsid w:val="00295567"/>
    <w:rsid w:val="0029639D"/>
    <w:rsid w:val="002A08E9"/>
    <w:rsid w:val="002A2FB4"/>
    <w:rsid w:val="002A5413"/>
    <w:rsid w:val="002B1CB5"/>
    <w:rsid w:val="002B4BB9"/>
    <w:rsid w:val="002C6D65"/>
    <w:rsid w:val="002C7284"/>
    <w:rsid w:val="002D29A7"/>
    <w:rsid w:val="002E17FA"/>
    <w:rsid w:val="002E351C"/>
    <w:rsid w:val="002F0C44"/>
    <w:rsid w:val="002F0FAC"/>
    <w:rsid w:val="002F2964"/>
    <w:rsid w:val="003040C2"/>
    <w:rsid w:val="00315EE1"/>
    <w:rsid w:val="0032094C"/>
    <w:rsid w:val="00326F90"/>
    <w:rsid w:val="00332A9E"/>
    <w:rsid w:val="00333FD3"/>
    <w:rsid w:val="00335829"/>
    <w:rsid w:val="00350382"/>
    <w:rsid w:val="003513A1"/>
    <w:rsid w:val="00356E7C"/>
    <w:rsid w:val="003669E3"/>
    <w:rsid w:val="00367011"/>
    <w:rsid w:val="00367DCA"/>
    <w:rsid w:val="00367F1E"/>
    <w:rsid w:val="003875F3"/>
    <w:rsid w:val="003A39B2"/>
    <w:rsid w:val="003A598E"/>
    <w:rsid w:val="003B1EC0"/>
    <w:rsid w:val="003B4AC1"/>
    <w:rsid w:val="003B7BBE"/>
    <w:rsid w:val="003C665B"/>
    <w:rsid w:val="003D5077"/>
    <w:rsid w:val="003E5FC8"/>
    <w:rsid w:val="003F0AA8"/>
    <w:rsid w:val="003F518C"/>
    <w:rsid w:val="00402C87"/>
    <w:rsid w:val="004072E6"/>
    <w:rsid w:val="00410F6D"/>
    <w:rsid w:val="004143C1"/>
    <w:rsid w:val="00416D3B"/>
    <w:rsid w:val="00420E00"/>
    <w:rsid w:val="00422580"/>
    <w:rsid w:val="004307FC"/>
    <w:rsid w:val="00430B3F"/>
    <w:rsid w:val="00432965"/>
    <w:rsid w:val="0044082D"/>
    <w:rsid w:val="00440B18"/>
    <w:rsid w:val="00445D22"/>
    <w:rsid w:val="0045129F"/>
    <w:rsid w:val="004542CB"/>
    <w:rsid w:val="00460820"/>
    <w:rsid w:val="00464C02"/>
    <w:rsid w:val="00470D61"/>
    <w:rsid w:val="004728AF"/>
    <w:rsid w:val="0047306F"/>
    <w:rsid w:val="00490B83"/>
    <w:rsid w:val="004919AC"/>
    <w:rsid w:val="004A4EEE"/>
    <w:rsid w:val="004B0DD4"/>
    <w:rsid w:val="004B2DFB"/>
    <w:rsid w:val="004B3D37"/>
    <w:rsid w:val="004B7A7A"/>
    <w:rsid w:val="004C29DC"/>
    <w:rsid w:val="004C7230"/>
    <w:rsid w:val="004D0686"/>
    <w:rsid w:val="004D7148"/>
    <w:rsid w:val="004D7C02"/>
    <w:rsid w:val="004E6080"/>
    <w:rsid w:val="004E6A6D"/>
    <w:rsid w:val="004F0AC1"/>
    <w:rsid w:val="004F1314"/>
    <w:rsid w:val="004F40E9"/>
    <w:rsid w:val="004F766F"/>
    <w:rsid w:val="005006B6"/>
    <w:rsid w:val="005030F5"/>
    <w:rsid w:val="00505263"/>
    <w:rsid w:val="00506A95"/>
    <w:rsid w:val="0051071D"/>
    <w:rsid w:val="00514EEF"/>
    <w:rsid w:val="005166F5"/>
    <w:rsid w:val="00521AB3"/>
    <w:rsid w:val="005362D3"/>
    <w:rsid w:val="00536CA2"/>
    <w:rsid w:val="0054551B"/>
    <w:rsid w:val="00552361"/>
    <w:rsid w:val="0055546B"/>
    <w:rsid w:val="00567ABB"/>
    <w:rsid w:val="00570A30"/>
    <w:rsid w:val="00572750"/>
    <w:rsid w:val="00573A46"/>
    <w:rsid w:val="00580DB7"/>
    <w:rsid w:val="00590FF5"/>
    <w:rsid w:val="0059272E"/>
    <w:rsid w:val="00596C54"/>
    <w:rsid w:val="005A384C"/>
    <w:rsid w:val="005B45DD"/>
    <w:rsid w:val="005B56A2"/>
    <w:rsid w:val="005C2A44"/>
    <w:rsid w:val="005D2290"/>
    <w:rsid w:val="005D34B0"/>
    <w:rsid w:val="005D3BCE"/>
    <w:rsid w:val="005D7F42"/>
    <w:rsid w:val="005F4CF7"/>
    <w:rsid w:val="0060693F"/>
    <w:rsid w:val="00607A73"/>
    <w:rsid w:val="00610899"/>
    <w:rsid w:val="00612E33"/>
    <w:rsid w:val="00620164"/>
    <w:rsid w:val="006358DB"/>
    <w:rsid w:val="006423A5"/>
    <w:rsid w:val="00642E15"/>
    <w:rsid w:val="00650655"/>
    <w:rsid w:val="00650995"/>
    <w:rsid w:val="00651FFA"/>
    <w:rsid w:val="0066179C"/>
    <w:rsid w:val="00665557"/>
    <w:rsid w:val="006700D5"/>
    <w:rsid w:val="00682035"/>
    <w:rsid w:val="00682D92"/>
    <w:rsid w:val="006835D6"/>
    <w:rsid w:val="006978FE"/>
    <w:rsid w:val="006A0ED7"/>
    <w:rsid w:val="006A3B13"/>
    <w:rsid w:val="006A4420"/>
    <w:rsid w:val="006A4FE5"/>
    <w:rsid w:val="006A6F64"/>
    <w:rsid w:val="006B000F"/>
    <w:rsid w:val="006B11CC"/>
    <w:rsid w:val="006B4069"/>
    <w:rsid w:val="006C1E07"/>
    <w:rsid w:val="006C3268"/>
    <w:rsid w:val="006D55E2"/>
    <w:rsid w:val="006E1D6B"/>
    <w:rsid w:val="006E449B"/>
    <w:rsid w:val="006E53A9"/>
    <w:rsid w:val="006F39E8"/>
    <w:rsid w:val="006F739C"/>
    <w:rsid w:val="007017DD"/>
    <w:rsid w:val="00704BCF"/>
    <w:rsid w:val="0070616C"/>
    <w:rsid w:val="00727128"/>
    <w:rsid w:val="007305B2"/>
    <w:rsid w:val="00730E3E"/>
    <w:rsid w:val="00741989"/>
    <w:rsid w:val="00745A7A"/>
    <w:rsid w:val="00747757"/>
    <w:rsid w:val="00752E9F"/>
    <w:rsid w:val="0076523D"/>
    <w:rsid w:val="007704F0"/>
    <w:rsid w:val="00776263"/>
    <w:rsid w:val="007843A1"/>
    <w:rsid w:val="00784A35"/>
    <w:rsid w:val="00784CEB"/>
    <w:rsid w:val="0078700D"/>
    <w:rsid w:val="00791177"/>
    <w:rsid w:val="00792748"/>
    <w:rsid w:val="00796ED6"/>
    <w:rsid w:val="007A04F0"/>
    <w:rsid w:val="007A4F2E"/>
    <w:rsid w:val="007A6DA5"/>
    <w:rsid w:val="007C0FAC"/>
    <w:rsid w:val="007C642A"/>
    <w:rsid w:val="007D2FEF"/>
    <w:rsid w:val="007D44FC"/>
    <w:rsid w:val="007D5687"/>
    <w:rsid w:val="007E0C09"/>
    <w:rsid w:val="007E67A0"/>
    <w:rsid w:val="007F0122"/>
    <w:rsid w:val="007F1C72"/>
    <w:rsid w:val="007F4118"/>
    <w:rsid w:val="007F7F33"/>
    <w:rsid w:val="00801879"/>
    <w:rsid w:val="00801C56"/>
    <w:rsid w:val="00802F77"/>
    <w:rsid w:val="00810365"/>
    <w:rsid w:val="00811698"/>
    <w:rsid w:val="00817191"/>
    <w:rsid w:val="00821C27"/>
    <w:rsid w:val="00833F8B"/>
    <w:rsid w:val="008353B2"/>
    <w:rsid w:val="00851C7B"/>
    <w:rsid w:val="00852EC5"/>
    <w:rsid w:val="00857814"/>
    <w:rsid w:val="00875D5B"/>
    <w:rsid w:val="008842DC"/>
    <w:rsid w:val="0088523E"/>
    <w:rsid w:val="008855CE"/>
    <w:rsid w:val="00890087"/>
    <w:rsid w:val="00895025"/>
    <w:rsid w:val="008952D4"/>
    <w:rsid w:val="008966AD"/>
    <w:rsid w:val="008A661E"/>
    <w:rsid w:val="008B1A79"/>
    <w:rsid w:val="008B1DA2"/>
    <w:rsid w:val="008B2CB5"/>
    <w:rsid w:val="008B62A4"/>
    <w:rsid w:val="008B760B"/>
    <w:rsid w:val="008C66D5"/>
    <w:rsid w:val="008C7ABC"/>
    <w:rsid w:val="008D2F16"/>
    <w:rsid w:val="008D3BF8"/>
    <w:rsid w:val="008D469D"/>
    <w:rsid w:val="008D5B24"/>
    <w:rsid w:val="008E28C9"/>
    <w:rsid w:val="008E4704"/>
    <w:rsid w:val="008E4785"/>
    <w:rsid w:val="008F11AA"/>
    <w:rsid w:val="008F716A"/>
    <w:rsid w:val="00900E38"/>
    <w:rsid w:val="00903A9D"/>
    <w:rsid w:val="0091137C"/>
    <w:rsid w:val="009227FC"/>
    <w:rsid w:val="009237A5"/>
    <w:rsid w:val="009263D3"/>
    <w:rsid w:val="009270E5"/>
    <w:rsid w:val="00927D5F"/>
    <w:rsid w:val="009320E9"/>
    <w:rsid w:val="00941903"/>
    <w:rsid w:val="00943FE2"/>
    <w:rsid w:val="00945F0C"/>
    <w:rsid w:val="0094676D"/>
    <w:rsid w:val="00952F64"/>
    <w:rsid w:val="009535E8"/>
    <w:rsid w:val="0095644E"/>
    <w:rsid w:val="009577AA"/>
    <w:rsid w:val="0096189F"/>
    <w:rsid w:val="00964DEC"/>
    <w:rsid w:val="00973DA2"/>
    <w:rsid w:val="00990722"/>
    <w:rsid w:val="009929A7"/>
    <w:rsid w:val="00994A27"/>
    <w:rsid w:val="00995187"/>
    <w:rsid w:val="009A5C49"/>
    <w:rsid w:val="009A5D48"/>
    <w:rsid w:val="009B18F8"/>
    <w:rsid w:val="009C3BCB"/>
    <w:rsid w:val="009D4FF6"/>
    <w:rsid w:val="009E032F"/>
    <w:rsid w:val="009E478B"/>
    <w:rsid w:val="009F28F6"/>
    <w:rsid w:val="009F5CA4"/>
    <w:rsid w:val="00A00190"/>
    <w:rsid w:val="00A0040E"/>
    <w:rsid w:val="00A00A57"/>
    <w:rsid w:val="00A12672"/>
    <w:rsid w:val="00A131A1"/>
    <w:rsid w:val="00A15BC2"/>
    <w:rsid w:val="00A15BEC"/>
    <w:rsid w:val="00A24EAF"/>
    <w:rsid w:val="00A25A41"/>
    <w:rsid w:val="00A358DF"/>
    <w:rsid w:val="00A367B0"/>
    <w:rsid w:val="00A41F2C"/>
    <w:rsid w:val="00A448A0"/>
    <w:rsid w:val="00A501C6"/>
    <w:rsid w:val="00A52136"/>
    <w:rsid w:val="00A53DD4"/>
    <w:rsid w:val="00A54474"/>
    <w:rsid w:val="00A56647"/>
    <w:rsid w:val="00A60896"/>
    <w:rsid w:val="00A6187A"/>
    <w:rsid w:val="00A61C7F"/>
    <w:rsid w:val="00A650EF"/>
    <w:rsid w:val="00A70223"/>
    <w:rsid w:val="00A72CE4"/>
    <w:rsid w:val="00A73B13"/>
    <w:rsid w:val="00A765AB"/>
    <w:rsid w:val="00A8053F"/>
    <w:rsid w:val="00A9565F"/>
    <w:rsid w:val="00A95F89"/>
    <w:rsid w:val="00A9708D"/>
    <w:rsid w:val="00AA1D8D"/>
    <w:rsid w:val="00AB42AF"/>
    <w:rsid w:val="00AB6CC6"/>
    <w:rsid w:val="00AC1CF9"/>
    <w:rsid w:val="00AC5488"/>
    <w:rsid w:val="00AC6A24"/>
    <w:rsid w:val="00AC6DC0"/>
    <w:rsid w:val="00AC7FA0"/>
    <w:rsid w:val="00AD7CDC"/>
    <w:rsid w:val="00AE7738"/>
    <w:rsid w:val="00AF0E9D"/>
    <w:rsid w:val="00AF311C"/>
    <w:rsid w:val="00AF3F73"/>
    <w:rsid w:val="00AF4A97"/>
    <w:rsid w:val="00AF4E99"/>
    <w:rsid w:val="00B01BAA"/>
    <w:rsid w:val="00B06789"/>
    <w:rsid w:val="00B175CB"/>
    <w:rsid w:val="00B32F55"/>
    <w:rsid w:val="00B34E34"/>
    <w:rsid w:val="00B376FA"/>
    <w:rsid w:val="00B4229A"/>
    <w:rsid w:val="00B42C87"/>
    <w:rsid w:val="00B47730"/>
    <w:rsid w:val="00B50CEE"/>
    <w:rsid w:val="00B6007E"/>
    <w:rsid w:val="00B601E3"/>
    <w:rsid w:val="00B82D8E"/>
    <w:rsid w:val="00B93824"/>
    <w:rsid w:val="00B95C37"/>
    <w:rsid w:val="00BB6D10"/>
    <w:rsid w:val="00BC38AE"/>
    <w:rsid w:val="00BC4140"/>
    <w:rsid w:val="00BC6417"/>
    <w:rsid w:val="00BD058A"/>
    <w:rsid w:val="00BD6D80"/>
    <w:rsid w:val="00BE0BB5"/>
    <w:rsid w:val="00BF2C02"/>
    <w:rsid w:val="00BF35BD"/>
    <w:rsid w:val="00BF4515"/>
    <w:rsid w:val="00C01ACB"/>
    <w:rsid w:val="00C036BB"/>
    <w:rsid w:val="00C0543D"/>
    <w:rsid w:val="00C31153"/>
    <w:rsid w:val="00C31E86"/>
    <w:rsid w:val="00C51935"/>
    <w:rsid w:val="00C67AD4"/>
    <w:rsid w:val="00C729DF"/>
    <w:rsid w:val="00C83FA8"/>
    <w:rsid w:val="00C9316C"/>
    <w:rsid w:val="00CA02FF"/>
    <w:rsid w:val="00CA4A99"/>
    <w:rsid w:val="00CA50EE"/>
    <w:rsid w:val="00CA6970"/>
    <w:rsid w:val="00CB0664"/>
    <w:rsid w:val="00CB1C8F"/>
    <w:rsid w:val="00CB1DC2"/>
    <w:rsid w:val="00CB7DCB"/>
    <w:rsid w:val="00CC2EAA"/>
    <w:rsid w:val="00CD087B"/>
    <w:rsid w:val="00CD7FCB"/>
    <w:rsid w:val="00CE4909"/>
    <w:rsid w:val="00CF28AA"/>
    <w:rsid w:val="00CF324F"/>
    <w:rsid w:val="00D13F09"/>
    <w:rsid w:val="00D32C3D"/>
    <w:rsid w:val="00D37A11"/>
    <w:rsid w:val="00D422F0"/>
    <w:rsid w:val="00D46EDA"/>
    <w:rsid w:val="00D47146"/>
    <w:rsid w:val="00D56ECA"/>
    <w:rsid w:val="00D67868"/>
    <w:rsid w:val="00D71795"/>
    <w:rsid w:val="00D72BC2"/>
    <w:rsid w:val="00D77FAD"/>
    <w:rsid w:val="00D808F5"/>
    <w:rsid w:val="00D80911"/>
    <w:rsid w:val="00D8765C"/>
    <w:rsid w:val="00D9729C"/>
    <w:rsid w:val="00DA3BF8"/>
    <w:rsid w:val="00DB0F03"/>
    <w:rsid w:val="00DB21CB"/>
    <w:rsid w:val="00DB4B64"/>
    <w:rsid w:val="00DC2ABD"/>
    <w:rsid w:val="00DC772E"/>
    <w:rsid w:val="00DD13F2"/>
    <w:rsid w:val="00DD63D8"/>
    <w:rsid w:val="00DE5538"/>
    <w:rsid w:val="00DF3FC0"/>
    <w:rsid w:val="00DF7C36"/>
    <w:rsid w:val="00E1427F"/>
    <w:rsid w:val="00E1535B"/>
    <w:rsid w:val="00E16CD0"/>
    <w:rsid w:val="00E22A89"/>
    <w:rsid w:val="00E27F6B"/>
    <w:rsid w:val="00E310EB"/>
    <w:rsid w:val="00E323EE"/>
    <w:rsid w:val="00E41A55"/>
    <w:rsid w:val="00E476E3"/>
    <w:rsid w:val="00E51212"/>
    <w:rsid w:val="00E6482E"/>
    <w:rsid w:val="00E66ABE"/>
    <w:rsid w:val="00E6769C"/>
    <w:rsid w:val="00E72680"/>
    <w:rsid w:val="00E81B36"/>
    <w:rsid w:val="00E8563F"/>
    <w:rsid w:val="00E87B06"/>
    <w:rsid w:val="00E95BD3"/>
    <w:rsid w:val="00EA55D3"/>
    <w:rsid w:val="00EA5A1C"/>
    <w:rsid w:val="00EB0DD7"/>
    <w:rsid w:val="00EB2DE9"/>
    <w:rsid w:val="00EB59E8"/>
    <w:rsid w:val="00EC6A91"/>
    <w:rsid w:val="00ED26CA"/>
    <w:rsid w:val="00ED4A16"/>
    <w:rsid w:val="00EE2FFA"/>
    <w:rsid w:val="00EE5D58"/>
    <w:rsid w:val="00EF2C4A"/>
    <w:rsid w:val="00EF6C87"/>
    <w:rsid w:val="00F1049C"/>
    <w:rsid w:val="00F1513F"/>
    <w:rsid w:val="00F16428"/>
    <w:rsid w:val="00F2088C"/>
    <w:rsid w:val="00F2201F"/>
    <w:rsid w:val="00F23A7F"/>
    <w:rsid w:val="00F24D6F"/>
    <w:rsid w:val="00F24FC5"/>
    <w:rsid w:val="00F32D48"/>
    <w:rsid w:val="00F33744"/>
    <w:rsid w:val="00F33D8A"/>
    <w:rsid w:val="00F40E47"/>
    <w:rsid w:val="00F445BB"/>
    <w:rsid w:val="00F44DBA"/>
    <w:rsid w:val="00F4564F"/>
    <w:rsid w:val="00F467B8"/>
    <w:rsid w:val="00F5582A"/>
    <w:rsid w:val="00F56599"/>
    <w:rsid w:val="00F57D88"/>
    <w:rsid w:val="00F61302"/>
    <w:rsid w:val="00F62C16"/>
    <w:rsid w:val="00F62D88"/>
    <w:rsid w:val="00F63933"/>
    <w:rsid w:val="00F8007F"/>
    <w:rsid w:val="00F8024A"/>
    <w:rsid w:val="00F85924"/>
    <w:rsid w:val="00F900ED"/>
    <w:rsid w:val="00F97C66"/>
    <w:rsid w:val="00FA22F6"/>
    <w:rsid w:val="00FA3268"/>
    <w:rsid w:val="00FA562F"/>
    <w:rsid w:val="00FA5647"/>
    <w:rsid w:val="00FA73F5"/>
    <w:rsid w:val="00FC693F"/>
    <w:rsid w:val="00FD0261"/>
    <w:rsid w:val="00FD1F8D"/>
    <w:rsid w:val="00FD724E"/>
    <w:rsid w:val="00FE152E"/>
    <w:rsid w:val="00FF332A"/>
    <w:rsid w:val="00FF6985"/>
    <w:rsid w:val="00FF776D"/>
    <w:rsid w:val="37131BD7"/>
    <w:rsid w:val="779CF5FB"/>
    <w:rsid w:val="7B76F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720C80"/>
  <w14:defaultImageDpi w14:val="300"/>
  <w15:docId w15:val="{7F2CEA02-F8E2-49B4-ABA0-88E10A06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A95F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F8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6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7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3848">
              <w:marLeft w:val="6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9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0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01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6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6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269</Words>
  <Characters>1538</Characters>
  <Application>Microsoft Office Word</Application>
  <DocSecurity>0</DocSecurity>
  <Lines>12</Lines>
  <Paragraphs>3</Paragraphs>
  <ScaleCrop>false</ScaleCrop>
  <Manager/>
  <Company/>
  <LinksUpToDate>false</LinksUpToDate>
  <CharactersWithSpaces>1804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Tammy Nuckolls</cp:lastModifiedBy>
  <cp:revision>62</cp:revision>
  <cp:lastPrinted>2026-02-13T18:35:00Z</cp:lastPrinted>
  <dcterms:created xsi:type="dcterms:W3CDTF">2026-04-06T15:32:00Z</dcterms:created>
  <dcterms:modified xsi:type="dcterms:W3CDTF">2026-06-15T17:46:00Z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354f365d60d282d4384c50f0110e4c475b39537698aadfe5b0750df5ff9a91f4</vt:lpwstr>
  </property>
</Properties>
</file>